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5E5AF8" w14:textId="77777777" w:rsidR="00E057C4" w:rsidRDefault="00BB5B43">
      <w:pPr>
        <w:spacing w:after="40"/>
        <w:jc w:val="center"/>
      </w:pPr>
      <w:r>
        <w:rPr>
          <w:b/>
          <w:sz w:val="28"/>
        </w:rPr>
        <w:t>PHỤ LỤC 1</w:t>
      </w:r>
    </w:p>
    <w:p w14:paraId="65D4B45B" w14:textId="77777777" w:rsidR="00E057C4" w:rsidRDefault="00BB5B43">
      <w:pPr>
        <w:spacing w:after="40"/>
        <w:jc w:val="center"/>
      </w:pPr>
      <w:r>
        <w:rPr>
          <w:b/>
        </w:rPr>
        <w:t>PHIẾU KIỂM SOÁT VÀ XÁC NHẬN DỮ LIỆU SO CHUẨN, ĐỐI SÁNH CTĐT</w:t>
      </w:r>
    </w:p>
    <w:p w14:paraId="2C180637" w14:textId="77777777" w:rsidR="00E057C4" w:rsidRDefault="00BB5B43">
      <w:pPr>
        <w:spacing w:after="120"/>
        <w:jc w:val="center"/>
      </w:pPr>
      <w:r>
        <w:rPr>
          <w:i/>
          <w:sz w:val="23"/>
        </w:rPr>
        <w:t xml:space="preserve">(Kèm theo Hướng dẫn số .../HD-ĐHTN ngày </w:t>
      </w:r>
      <w:proofErr w:type="gramStart"/>
      <w:r>
        <w:rPr>
          <w:i/>
          <w:sz w:val="23"/>
        </w:rPr>
        <w:t>.....</w:t>
      </w:r>
      <w:proofErr w:type="gramEnd"/>
      <w:r>
        <w:rPr>
          <w:i/>
          <w:sz w:val="23"/>
        </w:rPr>
        <w:t xml:space="preserve"> tháng 8 năm 2026 của Trường Đại học Tây Nguyên)</w:t>
      </w:r>
    </w:p>
    <w:tbl>
      <w:tblPr>
        <w:tblStyle w:val="TableGrid"/>
        <w:tblW w:w="9498" w:type="dxa"/>
        <w:jc w:val="center"/>
        <w:tblLayout w:type="fixed"/>
        <w:tblLook w:val="04A0" w:firstRow="1" w:lastRow="0" w:firstColumn="1" w:lastColumn="0" w:noHBand="0" w:noVBand="1"/>
      </w:tblPr>
      <w:tblGrid>
        <w:gridCol w:w="3061"/>
        <w:gridCol w:w="6437"/>
      </w:tblGrid>
      <w:tr w:rsidR="00E057C4" w14:paraId="6A5E5511" w14:textId="77777777" w:rsidTr="001F10E2">
        <w:trPr>
          <w:tblHeader/>
          <w:jc w:val="center"/>
        </w:trPr>
        <w:tc>
          <w:tcPr>
            <w:tcW w:w="3061" w:type="dxa"/>
            <w:shd w:val="clear" w:color="auto" w:fill="D9E1F2"/>
            <w:tcMar>
              <w:top w:w="70" w:type="dxa"/>
              <w:left w:w="70" w:type="dxa"/>
              <w:bottom w:w="70" w:type="dxa"/>
              <w:right w:w="70" w:type="dxa"/>
            </w:tcMar>
            <w:vAlign w:val="center"/>
          </w:tcPr>
          <w:p w14:paraId="30B328D3" w14:textId="77777777" w:rsidR="00E057C4" w:rsidRDefault="00BB5B43">
            <w:pPr>
              <w:jc w:val="center"/>
            </w:pPr>
            <w:r>
              <w:rPr>
                <w:b/>
                <w:sz w:val="22"/>
              </w:rPr>
              <w:t>Thông tin</w:t>
            </w:r>
          </w:p>
        </w:tc>
        <w:tc>
          <w:tcPr>
            <w:tcW w:w="6437" w:type="dxa"/>
            <w:shd w:val="clear" w:color="auto" w:fill="D9E1F2"/>
            <w:tcMar>
              <w:top w:w="70" w:type="dxa"/>
              <w:left w:w="70" w:type="dxa"/>
              <w:bottom w:w="70" w:type="dxa"/>
              <w:right w:w="70" w:type="dxa"/>
            </w:tcMar>
            <w:vAlign w:val="center"/>
          </w:tcPr>
          <w:p w14:paraId="6431ED02" w14:textId="77777777" w:rsidR="00E057C4" w:rsidRDefault="00BB5B43">
            <w:pPr>
              <w:jc w:val="center"/>
            </w:pPr>
            <w:r>
              <w:rPr>
                <w:b/>
                <w:sz w:val="22"/>
              </w:rPr>
              <w:t>Nội dung ghi nhận</w:t>
            </w:r>
          </w:p>
        </w:tc>
      </w:tr>
      <w:tr w:rsidR="00E057C4" w14:paraId="6EBEABA0" w14:textId="77777777" w:rsidTr="001F10E2">
        <w:trPr>
          <w:jc w:val="center"/>
        </w:trPr>
        <w:tc>
          <w:tcPr>
            <w:tcW w:w="3061" w:type="dxa"/>
            <w:tcMar>
              <w:top w:w="60" w:type="dxa"/>
              <w:left w:w="70" w:type="dxa"/>
              <w:bottom w:w="60" w:type="dxa"/>
              <w:right w:w="70" w:type="dxa"/>
            </w:tcMar>
          </w:tcPr>
          <w:p w14:paraId="3FF26A3B" w14:textId="77777777" w:rsidR="00E057C4" w:rsidRDefault="00BB5B43">
            <w:pPr>
              <w:jc w:val="center"/>
            </w:pPr>
            <w:r>
              <w:rPr>
                <w:sz w:val="22"/>
              </w:rPr>
              <w:t>Tên đơn vị</w:t>
            </w:r>
          </w:p>
        </w:tc>
        <w:tc>
          <w:tcPr>
            <w:tcW w:w="6437" w:type="dxa"/>
            <w:tcMar>
              <w:top w:w="60" w:type="dxa"/>
              <w:left w:w="70" w:type="dxa"/>
              <w:bottom w:w="60" w:type="dxa"/>
              <w:right w:w="70" w:type="dxa"/>
            </w:tcMar>
          </w:tcPr>
          <w:p w14:paraId="51E23957" w14:textId="77777777" w:rsidR="00E057C4" w:rsidRDefault="00BB5B43">
            <w:r>
              <w:rPr>
                <w:sz w:val="22"/>
              </w:rPr>
              <w:t>............................................................................................................................</w:t>
            </w:r>
          </w:p>
        </w:tc>
      </w:tr>
      <w:tr w:rsidR="00E057C4" w14:paraId="314B397A" w14:textId="77777777" w:rsidTr="001F10E2">
        <w:trPr>
          <w:jc w:val="center"/>
        </w:trPr>
        <w:tc>
          <w:tcPr>
            <w:tcW w:w="3061" w:type="dxa"/>
            <w:tcMar>
              <w:top w:w="60" w:type="dxa"/>
              <w:left w:w="70" w:type="dxa"/>
              <w:bottom w:w="60" w:type="dxa"/>
              <w:right w:w="70" w:type="dxa"/>
            </w:tcMar>
          </w:tcPr>
          <w:p w14:paraId="23CAFDFB" w14:textId="77777777" w:rsidR="00E057C4" w:rsidRDefault="00BB5B43">
            <w:pPr>
              <w:jc w:val="center"/>
            </w:pPr>
            <w:r>
              <w:rPr>
                <w:sz w:val="22"/>
              </w:rPr>
              <w:t>Tên CTĐT - trình độ</w:t>
            </w:r>
          </w:p>
        </w:tc>
        <w:tc>
          <w:tcPr>
            <w:tcW w:w="6437" w:type="dxa"/>
            <w:tcMar>
              <w:top w:w="60" w:type="dxa"/>
              <w:left w:w="70" w:type="dxa"/>
              <w:bottom w:w="60" w:type="dxa"/>
              <w:right w:w="70" w:type="dxa"/>
            </w:tcMar>
          </w:tcPr>
          <w:p w14:paraId="3D7E4C8B" w14:textId="77777777" w:rsidR="00E057C4" w:rsidRDefault="00BB5B43">
            <w:r>
              <w:rPr>
                <w:sz w:val="22"/>
              </w:rPr>
              <w:t>............................................................................................................................</w:t>
            </w:r>
          </w:p>
        </w:tc>
      </w:tr>
      <w:tr w:rsidR="00E057C4" w14:paraId="058861A9" w14:textId="77777777" w:rsidTr="001F10E2">
        <w:trPr>
          <w:jc w:val="center"/>
        </w:trPr>
        <w:tc>
          <w:tcPr>
            <w:tcW w:w="3061" w:type="dxa"/>
            <w:tcMar>
              <w:top w:w="60" w:type="dxa"/>
              <w:left w:w="70" w:type="dxa"/>
              <w:bottom w:w="60" w:type="dxa"/>
              <w:right w:w="70" w:type="dxa"/>
            </w:tcMar>
          </w:tcPr>
          <w:p w14:paraId="2DE8D404" w14:textId="77777777" w:rsidR="00E057C4" w:rsidRDefault="00BB5B43">
            <w:pPr>
              <w:jc w:val="center"/>
            </w:pPr>
            <w:r>
              <w:rPr>
                <w:sz w:val="22"/>
              </w:rPr>
              <w:t>Giai đoạn dữ liệu</w:t>
            </w:r>
          </w:p>
        </w:tc>
        <w:tc>
          <w:tcPr>
            <w:tcW w:w="6437" w:type="dxa"/>
            <w:tcMar>
              <w:top w:w="60" w:type="dxa"/>
              <w:left w:w="70" w:type="dxa"/>
              <w:bottom w:w="60" w:type="dxa"/>
              <w:right w:w="70" w:type="dxa"/>
            </w:tcMar>
          </w:tcPr>
          <w:p w14:paraId="581A56FF" w14:textId="77777777" w:rsidR="00E057C4" w:rsidRDefault="00BB5B43">
            <w:r>
              <w:rPr>
                <w:sz w:val="22"/>
              </w:rPr>
              <w:t>Từ ............. đến .............; cách ghi thời gian: □ Năm  □ Năm học</w:t>
            </w:r>
          </w:p>
        </w:tc>
      </w:tr>
      <w:tr w:rsidR="00E057C4" w14:paraId="220447E5" w14:textId="77777777" w:rsidTr="001F10E2">
        <w:trPr>
          <w:jc w:val="center"/>
        </w:trPr>
        <w:tc>
          <w:tcPr>
            <w:tcW w:w="3061" w:type="dxa"/>
            <w:tcMar>
              <w:top w:w="60" w:type="dxa"/>
              <w:left w:w="70" w:type="dxa"/>
              <w:bottom w:w="60" w:type="dxa"/>
              <w:right w:w="70" w:type="dxa"/>
            </w:tcMar>
          </w:tcPr>
          <w:p w14:paraId="5C174EE2" w14:textId="77777777" w:rsidR="00E057C4" w:rsidRDefault="00BB5B43">
            <w:pPr>
              <w:jc w:val="center"/>
            </w:pPr>
            <w:r>
              <w:rPr>
                <w:sz w:val="22"/>
              </w:rPr>
              <w:t>Phiên bản CTĐT/khóa áp dụng</w:t>
            </w:r>
          </w:p>
        </w:tc>
        <w:tc>
          <w:tcPr>
            <w:tcW w:w="6437" w:type="dxa"/>
            <w:tcMar>
              <w:top w:w="60" w:type="dxa"/>
              <w:left w:w="70" w:type="dxa"/>
              <w:bottom w:w="60" w:type="dxa"/>
              <w:right w:w="70" w:type="dxa"/>
            </w:tcMar>
          </w:tcPr>
          <w:p w14:paraId="053A20AD" w14:textId="77777777" w:rsidR="00E057C4" w:rsidRDefault="00BB5B43">
            <w:r>
              <w:rPr>
                <w:sz w:val="22"/>
              </w:rPr>
              <w:t>............................................................................................................................</w:t>
            </w:r>
          </w:p>
        </w:tc>
      </w:tr>
      <w:tr w:rsidR="00E057C4" w14:paraId="0807F9B4" w14:textId="77777777" w:rsidTr="001F10E2">
        <w:trPr>
          <w:jc w:val="center"/>
        </w:trPr>
        <w:tc>
          <w:tcPr>
            <w:tcW w:w="3061" w:type="dxa"/>
            <w:tcMar>
              <w:top w:w="60" w:type="dxa"/>
              <w:left w:w="70" w:type="dxa"/>
              <w:bottom w:w="60" w:type="dxa"/>
              <w:right w:w="70" w:type="dxa"/>
            </w:tcMar>
          </w:tcPr>
          <w:p w14:paraId="1946D4C4" w14:textId="77777777" w:rsidR="00E057C4" w:rsidRDefault="00BB5B43">
            <w:pPr>
              <w:jc w:val="center"/>
            </w:pPr>
            <w:r>
              <w:rPr>
                <w:sz w:val="22"/>
              </w:rPr>
              <w:t>Mã hồ sơ/phiên bản</w:t>
            </w:r>
          </w:p>
        </w:tc>
        <w:tc>
          <w:tcPr>
            <w:tcW w:w="6437" w:type="dxa"/>
            <w:tcMar>
              <w:top w:w="60" w:type="dxa"/>
              <w:left w:w="70" w:type="dxa"/>
              <w:bottom w:w="60" w:type="dxa"/>
              <w:right w:w="70" w:type="dxa"/>
            </w:tcMar>
          </w:tcPr>
          <w:p w14:paraId="4D5D1C00" w14:textId="77777777" w:rsidR="00E057C4" w:rsidRDefault="00BB5B43">
            <w:r>
              <w:rPr>
                <w:sz w:val="22"/>
              </w:rPr>
              <w:t>DS-CTĐT/...................; phiên bản ...............</w:t>
            </w:r>
          </w:p>
        </w:tc>
      </w:tr>
      <w:tr w:rsidR="00E057C4" w14:paraId="10CF8FF4" w14:textId="77777777" w:rsidTr="001F10E2">
        <w:trPr>
          <w:jc w:val="center"/>
        </w:trPr>
        <w:tc>
          <w:tcPr>
            <w:tcW w:w="3061" w:type="dxa"/>
            <w:tcMar>
              <w:top w:w="60" w:type="dxa"/>
              <w:left w:w="70" w:type="dxa"/>
              <w:bottom w:w="60" w:type="dxa"/>
              <w:right w:w="70" w:type="dxa"/>
            </w:tcMar>
          </w:tcPr>
          <w:p w14:paraId="35032FBB" w14:textId="77777777" w:rsidR="00E057C4" w:rsidRDefault="00BB5B43">
            <w:pPr>
              <w:jc w:val="center"/>
            </w:pPr>
            <w:r>
              <w:rPr>
                <w:sz w:val="22"/>
              </w:rPr>
              <w:t>Đường dẫn thư mục dữ liệu/minh chứng</w:t>
            </w:r>
          </w:p>
        </w:tc>
        <w:tc>
          <w:tcPr>
            <w:tcW w:w="6437" w:type="dxa"/>
            <w:tcMar>
              <w:top w:w="60" w:type="dxa"/>
              <w:left w:w="70" w:type="dxa"/>
              <w:bottom w:w="60" w:type="dxa"/>
              <w:right w:w="70" w:type="dxa"/>
            </w:tcMar>
          </w:tcPr>
          <w:p w14:paraId="564ADB65" w14:textId="77777777" w:rsidR="00E057C4" w:rsidRDefault="00BB5B43">
            <w:r>
              <w:rPr>
                <w:sz w:val="22"/>
              </w:rPr>
              <w:t>............................................................................................................................</w:t>
            </w:r>
          </w:p>
        </w:tc>
      </w:tr>
    </w:tbl>
    <w:p w14:paraId="05D24A74" w14:textId="77777777" w:rsidR="00E057C4" w:rsidRDefault="00E057C4">
      <w:pPr>
        <w:spacing w:after="0"/>
      </w:pPr>
    </w:p>
    <w:tbl>
      <w:tblPr>
        <w:tblStyle w:val="TableGrid"/>
        <w:tblW w:w="0" w:type="auto"/>
        <w:jc w:val="center"/>
        <w:tblLayout w:type="fixed"/>
        <w:tblLook w:val="04A0" w:firstRow="1" w:lastRow="0" w:firstColumn="1" w:lastColumn="0" w:noHBand="0" w:noVBand="1"/>
      </w:tblPr>
      <w:tblGrid>
        <w:gridCol w:w="2714"/>
        <w:gridCol w:w="2268"/>
        <w:gridCol w:w="1852"/>
        <w:gridCol w:w="2646"/>
      </w:tblGrid>
      <w:tr w:rsidR="00E057C4" w14:paraId="1B2FBB67" w14:textId="77777777" w:rsidTr="001F10E2">
        <w:trPr>
          <w:tblHeader/>
          <w:jc w:val="center"/>
        </w:trPr>
        <w:tc>
          <w:tcPr>
            <w:tcW w:w="2714" w:type="dxa"/>
            <w:shd w:val="clear" w:color="auto" w:fill="D9E1F2"/>
            <w:tcMar>
              <w:top w:w="70" w:type="dxa"/>
              <w:left w:w="70" w:type="dxa"/>
              <w:bottom w:w="70" w:type="dxa"/>
              <w:right w:w="70" w:type="dxa"/>
            </w:tcMar>
            <w:vAlign w:val="center"/>
          </w:tcPr>
          <w:p w14:paraId="6F7EEA34" w14:textId="77777777" w:rsidR="00E057C4" w:rsidRDefault="00BB5B43">
            <w:pPr>
              <w:jc w:val="center"/>
            </w:pPr>
            <w:r>
              <w:rPr>
                <w:b/>
                <w:sz w:val="21"/>
              </w:rPr>
              <w:t>Vai trò</w:t>
            </w:r>
          </w:p>
        </w:tc>
        <w:tc>
          <w:tcPr>
            <w:tcW w:w="2268" w:type="dxa"/>
            <w:shd w:val="clear" w:color="auto" w:fill="D9E1F2"/>
            <w:tcMar>
              <w:top w:w="70" w:type="dxa"/>
              <w:left w:w="70" w:type="dxa"/>
              <w:bottom w:w="70" w:type="dxa"/>
              <w:right w:w="70" w:type="dxa"/>
            </w:tcMar>
            <w:vAlign w:val="center"/>
          </w:tcPr>
          <w:p w14:paraId="72EBB138" w14:textId="77777777" w:rsidR="00E057C4" w:rsidRDefault="00BB5B43">
            <w:pPr>
              <w:jc w:val="center"/>
            </w:pPr>
            <w:r>
              <w:rPr>
                <w:b/>
                <w:sz w:val="21"/>
              </w:rPr>
              <w:t>Họ và tên</w:t>
            </w:r>
          </w:p>
        </w:tc>
        <w:tc>
          <w:tcPr>
            <w:tcW w:w="1852" w:type="dxa"/>
            <w:shd w:val="clear" w:color="auto" w:fill="D9E1F2"/>
            <w:tcMar>
              <w:top w:w="70" w:type="dxa"/>
              <w:left w:w="70" w:type="dxa"/>
              <w:bottom w:w="70" w:type="dxa"/>
              <w:right w:w="70" w:type="dxa"/>
            </w:tcMar>
            <w:vAlign w:val="center"/>
          </w:tcPr>
          <w:p w14:paraId="56FA9393" w14:textId="77777777" w:rsidR="00E057C4" w:rsidRDefault="00BB5B43">
            <w:pPr>
              <w:jc w:val="center"/>
            </w:pPr>
            <w:r>
              <w:rPr>
                <w:b/>
                <w:sz w:val="21"/>
              </w:rPr>
              <w:t>Ngày xác nhận</w:t>
            </w:r>
          </w:p>
        </w:tc>
        <w:tc>
          <w:tcPr>
            <w:tcW w:w="2646" w:type="dxa"/>
            <w:shd w:val="clear" w:color="auto" w:fill="D9E1F2"/>
            <w:tcMar>
              <w:top w:w="70" w:type="dxa"/>
              <w:left w:w="70" w:type="dxa"/>
              <w:bottom w:w="70" w:type="dxa"/>
              <w:right w:w="70" w:type="dxa"/>
            </w:tcMar>
            <w:vAlign w:val="center"/>
          </w:tcPr>
          <w:p w14:paraId="65FC4D56" w14:textId="77777777" w:rsidR="00E057C4" w:rsidRDefault="00BB5B43">
            <w:pPr>
              <w:jc w:val="center"/>
            </w:pPr>
            <w:r>
              <w:rPr>
                <w:b/>
                <w:sz w:val="21"/>
              </w:rPr>
              <w:t>Ký/xác nhận số</w:t>
            </w:r>
          </w:p>
        </w:tc>
      </w:tr>
      <w:tr w:rsidR="00E057C4" w14:paraId="3DE180CE" w14:textId="77777777" w:rsidTr="001F10E2">
        <w:trPr>
          <w:jc w:val="center"/>
        </w:trPr>
        <w:tc>
          <w:tcPr>
            <w:tcW w:w="2714" w:type="dxa"/>
            <w:tcMar>
              <w:top w:w="60" w:type="dxa"/>
              <w:left w:w="70" w:type="dxa"/>
              <w:bottom w:w="60" w:type="dxa"/>
              <w:right w:w="70" w:type="dxa"/>
            </w:tcMar>
          </w:tcPr>
          <w:p w14:paraId="11352C1F" w14:textId="77777777" w:rsidR="00E057C4" w:rsidRDefault="00BB5B43">
            <w:pPr>
              <w:jc w:val="center"/>
            </w:pPr>
            <w:r>
              <w:rPr>
                <w:sz w:val="21"/>
              </w:rPr>
              <w:t>Người tổng hợp dữ liệu</w:t>
            </w:r>
          </w:p>
        </w:tc>
        <w:tc>
          <w:tcPr>
            <w:tcW w:w="2268" w:type="dxa"/>
            <w:tcMar>
              <w:top w:w="60" w:type="dxa"/>
              <w:left w:w="70" w:type="dxa"/>
              <w:bottom w:w="60" w:type="dxa"/>
              <w:right w:w="70" w:type="dxa"/>
            </w:tcMar>
          </w:tcPr>
          <w:p w14:paraId="3FEA6299" w14:textId="77777777" w:rsidR="00E057C4" w:rsidRDefault="00E057C4"/>
        </w:tc>
        <w:tc>
          <w:tcPr>
            <w:tcW w:w="1852" w:type="dxa"/>
            <w:tcMar>
              <w:top w:w="60" w:type="dxa"/>
              <w:left w:w="70" w:type="dxa"/>
              <w:bottom w:w="60" w:type="dxa"/>
              <w:right w:w="70" w:type="dxa"/>
            </w:tcMar>
          </w:tcPr>
          <w:p w14:paraId="1DD57069" w14:textId="77777777" w:rsidR="00E057C4" w:rsidRDefault="00E057C4"/>
        </w:tc>
        <w:tc>
          <w:tcPr>
            <w:tcW w:w="2646" w:type="dxa"/>
            <w:tcMar>
              <w:top w:w="60" w:type="dxa"/>
              <w:left w:w="70" w:type="dxa"/>
              <w:bottom w:w="60" w:type="dxa"/>
              <w:right w:w="70" w:type="dxa"/>
            </w:tcMar>
          </w:tcPr>
          <w:p w14:paraId="2046240B" w14:textId="77777777" w:rsidR="00E057C4" w:rsidRDefault="00E057C4"/>
        </w:tc>
      </w:tr>
      <w:tr w:rsidR="00E057C4" w:rsidRPr="00FF31BD" w14:paraId="4BC097E3" w14:textId="77777777" w:rsidTr="001F10E2">
        <w:trPr>
          <w:jc w:val="center"/>
        </w:trPr>
        <w:tc>
          <w:tcPr>
            <w:tcW w:w="2714" w:type="dxa"/>
            <w:tcMar>
              <w:top w:w="60" w:type="dxa"/>
              <w:left w:w="70" w:type="dxa"/>
              <w:bottom w:w="60" w:type="dxa"/>
              <w:right w:w="70" w:type="dxa"/>
            </w:tcMar>
          </w:tcPr>
          <w:p w14:paraId="0F172B44" w14:textId="77777777" w:rsidR="00E057C4" w:rsidRPr="001F10E2" w:rsidRDefault="00BB5B43">
            <w:pPr>
              <w:jc w:val="center"/>
              <w:rPr>
                <w:lang w:val="pt-BR"/>
              </w:rPr>
            </w:pPr>
            <w:r w:rsidRPr="001F10E2">
              <w:rPr>
                <w:sz w:val="21"/>
                <w:lang w:val="pt-BR"/>
              </w:rPr>
              <w:t>Người kiểm tra dữ liệu</w:t>
            </w:r>
          </w:p>
        </w:tc>
        <w:tc>
          <w:tcPr>
            <w:tcW w:w="2268" w:type="dxa"/>
            <w:tcMar>
              <w:top w:w="60" w:type="dxa"/>
              <w:left w:w="70" w:type="dxa"/>
              <w:bottom w:w="60" w:type="dxa"/>
              <w:right w:w="70" w:type="dxa"/>
            </w:tcMar>
          </w:tcPr>
          <w:p w14:paraId="06E38DAC" w14:textId="77777777" w:rsidR="00E057C4" w:rsidRPr="001F10E2" w:rsidRDefault="00E057C4">
            <w:pPr>
              <w:rPr>
                <w:lang w:val="pt-BR"/>
              </w:rPr>
            </w:pPr>
          </w:p>
        </w:tc>
        <w:tc>
          <w:tcPr>
            <w:tcW w:w="1852" w:type="dxa"/>
            <w:tcMar>
              <w:top w:w="60" w:type="dxa"/>
              <w:left w:w="70" w:type="dxa"/>
              <w:bottom w:w="60" w:type="dxa"/>
              <w:right w:w="70" w:type="dxa"/>
            </w:tcMar>
          </w:tcPr>
          <w:p w14:paraId="62BEBB46" w14:textId="77777777" w:rsidR="00E057C4" w:rsidRPr="001F10E2" w:rsidRDefault="00E057C4">
            <w:pPr>
              <w:rPr>
                <w:lang w:val="pt-BR"/>
              </w:rPr>
            </w:pPr>
          </w:p>
        </w:tc>
        <w:tc>
          <w:tcPr>
            <w:tcW w:w="2646" w:type="dxa"/>
            <w:tcMar>
              <w:top w:w="60" w:type="dxa"/>
              <w:left w:w="70" w:type="dxa"/>
              <w:bottom w:w="60" w:type="dxa"/>
              <w:right w:w="70" w:type="dxa"/>
            </w:tcMar>
          </w:tcPr>
          <w:p w14:paraId="4A236AAF" w14:textId="77777777" w:rsidR="00E057C4" w:rsidRPr="001F10E2" w:rsidRDefault="00E057C4">
            <w:pPr>
              <w:rPr>
                <w:lang w:val="pt-BR"/>
              </w:rPr>
            </w:pPr>
          </w:p>
        </w:tc>
      </w:tr>
      <w:tr w:rsidR="00E057C4" w:rsidRPr="00FF31BD" w14:paraId="399AC00D" w14:textId="77777777" w:rsidTr="001F10E2">
        <w:trPr>
          <w:jc w:val="center"/>
        </w:trPr>
        <w:tc>
          <w:tcPr>
            <w:tcW w:w="2714" w:type="dxa"/>
            <w:tcMar>
              <w:top w:w="60" w:type="dxa"/>
              <w:left w:w="70" w:type="dxa"/>
              <w:bottom w:w="60" w:type="dxa"/>
              <w:right w:w="70" w:type="dxa"/>
            </w:tcMar>
          </w:tcPr>
          <w:p w14:paraId="368FB0EA" w14:textId="77777777" w:rsidR="00E057C4" w:rsidRPr="001F10E2" w:rsidRDefault="00BB5B43">
            <w:pPr>
              <w:jc w:val="center"/>
              <w:rPr>
                <w:lang w:val="pt-BR"/>
              </w:rPr>
            </w:pPr>
            <w:r w:rsidRPr="001F10E2">
              <w:rPr>
                <w:sz w:val="21"/>
                <w:lang w:val="pt-BR"/>
              </w:rPr>
              <w:t>Đại diện đơn vị sở hữu dữ liệu</w:t>
            </w:r>
          </w:p>
        </w:tc>
        <w:tc>
          <w:tcPr>
            <w:tcW w:w="2268" w:type="dxa"/>
            <w:tcMar>
              <w:top w:w="60" w:type="dxa"/>
              <w:left w:w="70" w:type="dxa"/>
              <w:bottom w:w="60" w:type="dxa"/>
              <w:right w:w="70" w:type="dxa"/>
            </w:tcMar>
          </w:tcPr>
          <w:p w14:paraId="4182C57E" w14:textId="77777777" w:rsidR="00E057C4" w:rsidRPr="001F10E2" w:rsidRDefault="00E057C4">
            <w:pPr>
              <w:rPr>
                <w:lang w:val="pt-BR"/>
              </w:rPr>
            </w:pPr>
          </w:p>
        </w:tc>
        <w:tc>
          <w:tcPr>
            <w:tcW w:w="1852" w:type="dxa"/>
            <w:tcMar>
              <w:top w:w="60" w:type="dxa"/>
              <w:left w:w="70" w:type="dxa"/>
              <w:bottom w:w="60" w:type="dxa"/>
              <w:right w:w="70" w:type="dxa"/>
            </w:tcMar>
          </w:tcPr>
          <w:p w14:paraId="50DF4D5C" w14:textId="77777777" w:rsidR="00E057C4" w:rsidRPr="001F10E2" w:rsidRDefault="00E057C4">
            <w:pPr>
              <w:rPr>
                <w:lang w:val="pt-BR"/>
              </w:rPr>
            </w:pPr>
          </w:p>
        </w:tc>
        <w:tc>
          <w:tcPr>
            <w:tcW w:w="2646" w:type="dxa"/>
            <w:tcMar>
              <w:top w:w="60" w:type="dxa"/>
              <w:left w:w="70" w:type="dxa"/>
              <w:bottom w:w="60" w:type="dxa"/>
              <w:right w:w="70" w:type="dxa"/>
            </w:tcMar>
          </w:tcPr>
          <w:p w14:paraId="21A7B36A" w14:textId="77777777" w:rsidR="00E057C4" w:rsidRPr="001F10E2" w:rsidRDefault="00E057C4">
            <w:pPr>
              <w:rPr>
                <w:lang w:val="pt-BR"/>
              </w:rPr>
            </w:pPr>
          </w:p>
        </w:tc>
      </w:tr>
      <w:tr w:rsidR="00E057C4" w:rsidRPr="00FF31BD" w14:paraId="48BA76BB" w14:textId="77777777" w:rsidTr="001F10E2">
        <w:trPr>
          <w:jc w:val="center"/>
        </w:trPr>
        <w:tc>
          <w:tcPr>
            <w:tcW w:w="2714" w:type="dxa"/>
            <w:tcMar>
              <w:top w:w="60" w:type="dxa"/>
              <w:left w:w="70" w:type="dxa"/>
              <w:bottom w:w="60" w:type="dxa"/>
              <w:right w:w="70" w:type="dxa"/>
            </w:tcMar>
          </w:tcPr>
          <w:p w14:paraId="00C684B3" w14:textId="77777777" w:rsidR="00E057C4" w:rsidRPr="001F10E2" w:rsidRDefault="00BB5B43">
            <w:pPr>
              <w:jc w:val="center"/>
              <w:rPr>
                <w:lang w:val="pt-BR"/>
              </w:rPr>
            </w:pPr>
            <w:r w:rsidRPr="001F10E2">
              <w:rPr>
                <w:sz w:val="21"/>
                <w:lang w:val="pt-BR"/>
              </w:rPr>
              <w:t>Trưởng đơn vị phê duyệt</w:t>
            </w:r>
          </w:p>
        </w:tc>
        <w:tc>
          <w:tcPr>
            <w:tcW w:w="2268" w:type="dxa"/>
            <w:tcMar>
              <w:top w:w="60" w:type="dxa"/>
              <w:left w:w="70" w:type="dxa"/>
              <w:bottom w:w="60" w:type="dxa"/>
              <w:right w:w="70" w:type="dxa"/>
            </w:tcMar>
          </w:tcPr>
          <w:p w14:paraId="5ADD6F90" w14:textId="77777777" w:rsidR="00E057C4" w:rsidRPr="001F10E2" w:rsidRDefault="00E057C4">
            <w:pPr>
              <w:rPr>
                <w:lang w:val="pt-BR"/>
              </w:rPr>
            </w:pPr>
          </w:p>
        </w:tc>
        <w:tc>
          <w:tcPr>
            <w:tcW w:w="1852" w:type="dxa"/>
            <w:tcMar>
              <w:top w:w="60" w:type="dxa"/>
              <w:left w:w="70" w:type="dxa"/>
              <w:bottom w:w="60" w:type="dxa"/>
              <w:right w:w="70" w:type="dxa"/>
            </w:tcMar>
          </w:tcPr>
          <w:p w14:paraId="7C0DCB6A" w14:textId="77777777" w:rsidR="00E057C4" w:rsidRPr="001F10E2" w:rsidRDefault="00E057C4">
            <w:pPr>
              <w:rPr>
                <w:lang w:val="pt-BR"/>
              </w:rPr>
            </w:pPr>
          </w:p>
        </w:tc>
        <w:tc>
          <w:tcPr>
            <w:tcW w:w="2646" w:type="dxa"/>
            <w:tcMar>
              <w:top w:w="60" w:type="dxa"/>
              <w:left w:w="70" w:type="dxa"/>
              <w:bottom w:w="60" w:type="dxa"/>
              <w:right w:w="70" w:type="dxa"/>
            </w:tcMar>
          </w:tcPr>
          <w:p w14:paraId="3841A096" w14:textId="77777777" w:rsidR="00E057C4" w:rsidRPr="001F10E2" w:rsidRDefault="00E057C4">
            <w:pPr>
              <w:rPr>
                <w:lang w:val="pt-BR"/>
              </w:rPr>
            </w:pPr>
          </w:p>
        </w:tc>
      </w:tr>
    </w:tbl>
    <w:p w14:paraId="3469AE6A" w14:textId="77777777" w:rsidR="00E057C4" w:rsidRPr="001F10E2" w:rsidRDefault="00E057C4">
      <w:pPr>
        <w:spacing w:after="0"/>
        <w:rPr>
          <w:lang w:val="pt-BR"/>
        </w:rPr>
      </w:pPr>
    </w:p>
    <w:tbl>
      <w:tblPr>
        <w:tblStyle w:val="TableGrid"/>
        <w:tblW w:w="0" w:type="auto"/>
        <w:jc w:val="center"/>
        <w:tblLayout w:type="fixed"/>
        <w:tblLook w:val="04A0" w:firstRow="1" w:lastRow="0" w:firstColumn="1" w:lastColumn="0" w:noHBand="0" w:noVBand="1"/>
      </w:tblPr>
      <w:tblGrid>
        <w:gridCol w:w="764"/>
        <w:gridCol w:w="6974"/>
        <w:gridCol w:w="1697"/>
      </w:tblGrid>
      <w:tr w:rsidR="00E057C4" w:rsidRPr="001F10E2" w14:paraId="52F670B4" w14:textId="77777777" w:rsidTr="001F10E2">
        <w:trPr>
          <w:tblHeader/>
          <w:jc w:val="center"/>
        </w:trPr>
        <w:tc>
          <w:tcPr>
            <w:tcW w:w="764" w:type="dxa"/>
            <w:shd w:val="clear" w:color="auto" w:fill="D9E1F2"/>
            <w:tcMar>
              <w:top w:w="70" w:type="dxa"/>
              <w:left w:w="70" w:type="dxa"/>
              <w:bottom w:w="70" w:type="dxa"/>
              <w:right w:w="70" w:type="dxa"/>
            </w:tcMar>
            <w:vAlign w:val="center"/>
          </w:tcPr>
          <w:p w14:paraId="5554E11D" w14:textId="77777777" w:rsidR="00E057C4" w:rsidRPr="001F10E2" w:rsidRDefault="00BB5B43">
            <w:pPr>
              <w:jc w:val="center"/>
              <w:rPr>
                <w:sz w:val="22"/>
              </w:rPr>
            </w:pPr>
            <w:r w:rsidRPr="001F10E2">
              <w:rPr>
                <w:b/>
                <w:sz w:val="22"/>
              </w:rPr>
              <w:t>TT</w:t>
            </w:r>
          </w:p>
        </w:tc>
        <w:tc>
          <w:tcPr>
            <w:tcW w:w="6974" w:type="dxa"/>
            <w:shd w:val="clear" w:color="auto" w:fill="D9E1F2"/>
            <w:tcMar>
              <w:top w:w="70" w:type="dxa"/>
              <w:left w:w="70" w:type="dxa"/>
              <w:bottom w:w="70" w:type="dxa"/>
              <w:right w:w="70" w:type="dxa"/>
            </w:tcMar>
            <w:vAlign w:val="center"/>
          </w:tcPr>
          <w:p w14:paraId="344CEFC0" w14:textId="77777777" w:rsidR="00E057C4" w:rsidRPr="001F10E2" w:rsidRDefault="00BB5B43">
            <w:pPr>
              <w:jc w:val="center"/>
              <w:rPr>
                <w:sz w:val="22"/>
              </w:rPr>
            </w:pPr>
            <w:r w:rsidRPr="001F10E2">
              <w:rPr>
                <w:b/>
                <w:sz w:val="22"/>
              </w:rPr>
              <w:t>Nội dung kiểm tra</w:t>
            </w:r>
          </w:p>
        </w:tc>
        <w:tc>
          <w:tcPr>
            <w:tcW w:w="1697" w:type="dxa"/>
            <w:shd w:val="clear" w:color="auto" w:fill="D9E1F2"/>
            <w:tcMar>
              <w:top w:w="70" w:type="dxa"/>
              <w:left w:w="70" w:type="dxa"/>
              <w:bottom w:w="70" w:type="dxa"/>
              <w:right w:w="70" w:type="dxa"/>
            </w:tcMar>
            <w:vAlign w:val="center"/>
          </w:tcPr>
          <w:p w14:paraId="069666E7" w14:textId="77777777" w:rsidR="00E057C4" w:rsidRPr="001F10E2" w:rsidRDefault="00BB5B43">
            <w:pPr>
              <w:jc w:val="center"/>
              <w:rPr>
                <w:sz w:val="22"/>
              </w:rPr>
            </w:pPr>
            <w:r w:rsidRPr="001F10E2">
              <w:rPr>
                <w:b/>
                <w:sz w:val="22"/>
              </w:rPr>
              <w:t>Đạt</w:t>
            </w:r>
          </w:p>
        </w:tc>
      </w:tr>
      <w:tr w:rsidR="00E057C4" w:rsidRPr="001F10E2" w14:paraId="0E1C2965" w14:textId="77777777" w:rsidTr="001F10E2">
        <w:trPr>
          <w:jc w:val="center"/>
        </w:trPr>
        <w:tc>
          <w:tcPr>
            <w:tcW w:w="764" w:type="dxa"/>
            <w:tcMar>
              <w:top w:w="60" w:type="dxa"/>
              <w:left w:w="70" w:type="dxa"/>
              <w:bottom w:w="60" w:type="dxa"/>
              <w:right w:w="70" w:type="dxa"/>
            </w:tcMar>
          </w:tcPr>
          <w:p w14:paraId="534E797D" w14:textId="77777777" w:rsidR="00E057C4" w:rsidRPr="001F10E2" w:rsidRDefault="00BB5B43">
            <w:pPr>
              <w:jc w:val="center"/>
              <w:rPr>
                <w:sz w:val="22"/>
              </w:rPr>
            </w:pPr>
            <w:r w:rsidRPr="001F10E2">
              <w:rPr>
                <w:sz w:val="22"/>
              </w:rPr>
              <w:t>1</w:t>
            </w:r>
          </w:p>
        </w:tc>
        <w:tc>
          <w:tcPr>
            <w:tcW w:w="6974" w:type="dxa"/>
            <w:tcMar>
              <w:top w:w="60" w:type="dxa"/>
              <w:left w:w="70" w:type="dxa"/>
              <w:bottom w:w="60" w:type="dxa"/>
              <w:right w:w="70" w:type="dxa"/>
            </w:tcMar>
          </w:tcPr>
          <w:p w14:paraId="049790EC" w14:textId="77777777" w:rsidR="00E057C4" w:rsidRPr="001F10E2" w:rsidRDefault="00BB5B43">
            <w:pPr>
              <w:rPr>
                <w:sz w:val="22"/>
              </w:rPr>
            </w:pPr>
            <w:r w:rsidRPr="001F10E2">
              <w:rPr>
                <w:sz w:val="22"/>
              </w:rPr>
              <w:t>Đã ghi rõ năm/năm học và thời điểm chốt</w:t>
            </w:r>
          </w:p>
        </w:tc>
        <w:tc>
          <w:tcPr>
            <w:tcW w:w="1697" w:type="dxa"/>
            <w:tcMar>
              <w:top w:w="60" w:type="dxa"/>
              <w:left w:w="70" w:type="dxa"/>
              <w:bottom w:w="60" w:type="dxa"/>
              <w:right w:w="70" w:type="dxa"/>
            </w:tcMar>
          </w:tcPr>
          <w:p w14:paraId="459F5F69" w14:textId="77777777" w:rsidR="00E057C4" w:rsidRPr="001F10E2" w:rsidRDefault="00BB5B43" w:rsidP="001F10E2">
            <w:pPr>
              <w:jc w:val="center"/>
              <w:rPr>
                <w:szCs w:val="26"/>
              </w:rPr>
            </w:pPr>
            <w:r w:rsidRPr="001F10E2">
              <w:rPr>
                <w:szCs w:val="26"/>
              </w:rPr>
              <w:t>□</w:t>
            </w:r>
          </w:p>
        </w:tc>
      </w:tr>
      <w:tr w:rsidR="00E057C4" w:rsidRPr="001F10E2" w14:paraId="5C6A563E" w14:textId="77777777" w:rsidTr="001F10E2">
        <w:trPr>
          <w:jc w:val="center"/>
        </w:trPr>
        <w:tc>
          <w:tcPr>
            <w:tcW w:w="764" w:type="dxa"/>
            <w:tcMar>
              <w:top w:w="60" w:type="dxa"/>
              <w:left w:w="70" w:type="dxa"/>
              <w:bottom w:w="60" w:type="dxa"/>
              <w:right w:w="70" w:type="dxa"/>
            </w:tcMar>
          </w:tcPr>
          <w:p w14:paraId="696CD0E5" w14:textId="77777777" w:rsidR="00E057C4" w:rsidRPr="001F10E2" w:rsidRDefault="00BB5B43">
            <w:pPr>
              <w:jc w:val="center"/>
              <w:rPr>
                <w:sz w:val="22"/>
              </w:rPr>
            </w:pPr>
            <w:r w:rsidRPr="001F10E2">
              <w:rPr>
                <w:sz w:val="22"/>
              </w:rPr>
              <w:t>2</w:t>
            </w:r>
          </w:p>
        </w:tc>
        <w:tc>
          <w:tcPr>
            <w:tcW w:w="6974" w:type="dxa"/>
            <w:tcMar>
              <w:top w:w="60" w:type="dxa"/>
              <w:left w:w="70" w:type="dxa"/>
              <w:bottom w:w="60" w:type="dxa"/>
              <w:right w:w="70" w:type="dxa"/>
            </w:tcMar>
          </w:tcPr>
          <w:p w14:paraId="0E96CCCB" w14:textId="77777777" w:rsidR="00E057C4" w:rsidRPr="001F10E2" w:rsidRDefault="00BB5B43">
            <w:pPr>
              <w:rPr>
                <w:sz w:val="22"/>
              </w:rPr>
            </w:pPr>
            <w:r w:rsidRPr="001F10E2">
              <w:rPr>
                <w:sz w:val="22"/>
              </w:rPr>
              <w:t>Đã lưu tử số, mẫu số và công thức</w:t>
            </w:r>
          </w:p>
        </w:tc>
        <w:tc>
          <w:tcPr>
            <w:tcW w:w="1697" w:type="dxa"/>
            <w:tcMar>
              <w:top w:w="60" w:type="dxa"/>
              <w:left w:w="70" w:type="dxa"/>
              <w:bottom w:w="60" w:type="dxa"/>
              <w:right w:w="70" w:type="dxa"/>
            </w:tcMar>
          </w:tcPr>
          <w:p w14:paraId="4A3B34ED" w14:textId="77777777" w:rsidR="00E057C4" w:rsidRPr="001F10E2" w:rsidRDefault="00BB5B43" w:rsidP="001F10E2">
            <w:pPr>
              <w:jc w:val="center"/>
              <w:rPr>
                <w:szCs w:val="26"/>
              </w:rPr>
            </w:pPr>
            <w:r w:rsidRPr="001F10E2">
              <w:rPr>
                <w:szCs w:val="26"/>
              </w:rPr>
              <w:t>□</w:t>
            </w:r>
          </w:p>
        </w:tc>
      </w:tr>
      <w:tr w:rsidR="00E057C4" w:rsidRPr="001F10E2" w14:paraId="0DDFB0B6" w14:textId="77777777" w:rsidTr="001F10E2">
        <w:trPr>
          <w:jc w:val="center"/>
        </w:trPr>
        <w:tc>
          <w:tcPr>
            <w:tcW w:w="764" w:type="dxa"/>
            <w:tcMar>
              <w:top w:w="60" w:type="dxa"/>
              <w:left w:w="70" w:type="dxa"/>
              <w:bottom w:w="60" w:type="dxa"/>
              <w:right w:w="70" w:type="dxa"/>
            </w:tcMar>
          </w:tcPr>
          <w:p w14:paraId="767B62CF" w14:textId="77777777" w:rsidR="00E057C4" w:rsidRPr="001F10E2" w:rsidRDefault="00BB5B43">
            <w:pPr>
              <w:jc w:val="center"/>
              <w:rPr>
                <w:sz w:val="22"/>
              </w:rPr>
            </w:pPr>
            <w:r w:rsidRPr="001F10E2">
              <w:rPr>
                <w:sz w:val="22"/>
              </w:rPr>
              <w:t>3</w:t>
            </w:r>
          </w:p>
        </w:tc>
        <w:tc>
          <w:tcPr>
            <w:tcW w:w="6974" w:type="dxa"/>
            <w:tcMar>
              <w:top w:w="60" w:type="dxa"/>
              <w:left w:w="70" w:type="dxa"/>
              <w:bottom w:w="60" w:type="dxa"/>
              <w:right w:w="70" w:type="dxa"/>
            </w:tcMar>
          </w:tcPr>
          <w:p w14:paraId="768A9AAE" w14:textId="77777777" w:rsidR="00E057C4" w:rsidRPr="001F10E2" w:rsidRDefault="00BB5B43">
            <w:pPr>
              <w:rPr>
                <w:sz w:val="22"/>
              </w:rPr>
            </w:pPr>
            <w:r w:rsidRPr="001F10E2">
              <w:rPr>
                <w:sz w:val="22"/>
              </w:rPr>
              <w:t>Đã đối soát với nguồn chính thức</w:t>
            </w:r>
          </w:p>
        </w:tc>
        <w:tc>
          <w:tcPr>
            <w:tcW w:w="1697" w:type="dxa"/>
            <w:tcMar>
              <w:top w:w="60" w:type="dxa"/>
              <w:left w:w="70" w:type="dxa"/>
              <w:bottom w:w="60" w:type="dxa"/>
              <w:right w:w="70" w:type="dxa"/>
            </w:tcMar>
          </w:tcPr>
          <w:p w14:paraId="3E5CEC3D" w14:textId="77777777" w:rsidR="00E057C4" w:rsidRPr="001F10E2" w:rsidRDefault="00BB5B43" w:rsidP="001F10E2">
            <w:pPr>
              <w:jc w:val="center"/>
              <w:rPr>
                <w:szCs w:val="26"/>
              </w:rPr>
            </w:pPr>
            <w:r w:rsidRPr="001F10E2">
              <w:rPr>
                <w:szCs w:val="26"/>
              </w:rPr>
              <w:t>□</w:t>
            </w:r>
          </w:p>
        </w:tc>
      </w:tr>
      <w:tr w:rsidR="00E057C4" w:rsidRPr="001F10E2" w14:paraId="01E8D6F2" w14:textId="77777777" w:rsidTr="001F10E2">
        <w:trPr>
          <w:jc w:val="center"/>
        </w:trPr>
        <w:tc>
          <w:tcPr>
            <w:tcW w:w="764" w:type="dxa"/>
            <w:tcMar>
              <w:top w:w="60" w:type="dxa"/>
              <w:left w:w="70" w:type="dxa"/>
              <w:bottom w:w="60" w:type="dxa"/>
              <w:right w:w="70" w:type="dxa"/>
            </w:tcMar>
          </w:tcPr>
          <w:p w14:paraId="598AF3B5" w14:textId="77777777" w:rsidR="00E057C4" w:rsidRPr="001F10E2" w:rsidRDefault="00BB5B43">
            <w:pPr>
              <w:jc w:val="center"/>
              <w:rPr>
                <w:sz w:val="22"/>
              </w:rPr>
            </w:pPr>
            <w:r w:rsidRPr="001F10E2">
              <w:rPr>
                <w:sz w:val="22"/>
              </w:rPr>
              <w:t>4</w:t>
            </w:r>
          </w:p>
        </w:tc>
        <w:tc>
          <w:tcPr>
            <w:tcW w:w="6974" w:type="dxa"/>
            <w:tcMar>
              <w:top w:w="60" w:type="dxa"/>
              <w:left w:w="70" w:type="dxa"/>
              <w:bottom w:w="60" w:type="dxa"/>
              <w:right w:w="70" w:type="dxa"/>
            </w:tcMar>
          </w:tcPr>
          <w:p w14:paraId="42B44C6F" w14:textId="4E1858EB" w:rsidR="00E057C4" w:rsidRPr="001F10E2" w:rsidRDefault="00BB5B43" w:rsidP="0096702F">
            <w:pPr>
              <w:rPr>
                <w:sz w:val="22"/>
              </w:rPr>
            </w:pPr>
            <w:r w:rsidRPr="001F10E2">
              <w:rPr>
                <w:sz w:val="22"/>
              </w:rPr>
              <w:t xml:space="preserve">Không có ô trống/giá trị </w:t>
            </w:r>
            <w:r w:rsidR="0096702F">
              <w:rPr>
                <w:sz w:val="22"/>
              </w:rPr>
              <w:t>khác biệt</w:t>
            </w:r>
            <w:r w:rsidRPr="001F10E2">
              <w:rPr>
                <w:sz w:val="22"/>
              </w:rPr>
              <w:t xml:space="preserve"> không giải thích</w:t>
            </w:r>
          </w:p>
        </w:tc>
        <w:tc>
          <w:tcPr>
            <w:tcW w:w="1697" w:type="dxa"/>
            <w:tcMar>
              <w:top w:w="60" w:type="dxa"/>
              <w:left w:w="70" w:type="dxa"/>
              <w:bottom w:w="60" w:type="dxa"/>
              <w:right w:w="70" w:type="dxa"/>
            </w:tcMar>
          </w:tcPr>
          <w:p w14:paraId="19E50476" w14:textId="77777777" w:rsidR="00E057C4" w:rsidRPr="001F10E2" w:rsidRDefault="00BB5B43" w:rsidP="001F10E2">
            <w:pPr>
              <w:jc w:val="center"/>
              <w:rPr>
                <w:szCs w:val="26"/>
              </w:rPr>
            </w:pPr>
            <w:r w:rsidRPr="001F10E2">
              <w:rPr>
                <w:szCs w:val="26"/>
              </w:rPr>
              <w:t>□</w:t>
            </w:r>
          </w:p>
        </w:tc>
      </w:tr>
      <w:tr w:rsidR="00E057C4" w:rsidRPr="001F10E2" w14:paraId="4D21E7CA" w14:textId="77777777" w:rsidTr="001F10E2">
        <w:trPr>
          <w:jc w:val="center"/>
        </w:trPr>
        <w:tc>
          <w:tcPr>
            <w:tcW w:w="764" w:type="dxa"/>
            <w:tcMar>
              <w:top w:w="60" w:type="dxa"/>
              <w:left w:w="70" w:type="dxa"/>
              <w:bottom w:w="60" w:type="dxa"/>
              <w:right w:w="70" w:type="dxa"/>
            </w:tcMar>
          </w:tcPr>
          <w:p w14:paraId="5C8ABE9B" w14:textId="77777777" w:rsidR="00E057C4" w:rsidRPr="001F10E2" w:rsidRDefault="00BB5B43">
            <w:pPr>
              <w:jc w:val="center"/>
              <w:rPr>
                <w:sz w:val="22"/>
              </w:rPr>
            </w:pPr>
            <w:r w:rsidRPr="001F10E2">
              <w:rPr>
                <w:sz w:val="22"/>
              </w:rPr>
              <w:t>5</w:t>
            </w:r>
          </w:p>
        </w:tc>
        <w:tc>
          <w:tcPr>
            <w:tcW w:w="6974" w:type="dxa"/>
            <w:tcMar>
              <w:top w:w="60" w:type="dxa"/>
              <w:left w:w="70" w:type="dxa"/>
              <w:bottom w:w="60" w:type="dxa"/>
              <w:right w:w="70" w:type="dxa"/>
            </w:tcMar>
          </w:tcPr>
          <w:p w14:paraId="51BF1F18" w14:textId="0FDDFFC7" w:rsidR="00E057C4" w:rsidRPr="001F10E2" w:rsidRDefault="0096702F" w:rsidP="0096702F">
            <w:pPr>
              <w:rPr>
                <w:sz w:val="22"/>
              </w:rPr>
            </w:pPr>
            <w:r>
              <w:rPr>
                <w:sz w:val="22"/>
              </w:rPr>
              <w:t xml:space="preserve">Tổng </w:t>
            </w:r>
            <w:r w:rsidR="00BB5B43" w:rsidRPr="001F10E2">
              <w:rPr>
                <w:sz w:val="22"/>
              </w:rPr>
              <w:t>trên 100% hoặc tổng không cân bằng chưa giải trình</w:t>
            </w:r>
          </w:p>
        </w:tc>
        <w:tc>
          <w:tcPr>
            <w:tcW w:w="1697" w:type="dxa"/>
            <w:tcMar>
              <w:top w:w="60" w:type="dxa"/>
              <w:left w:w="70" w:type="dxa"/>
              <w:bottom w:w="60" w:type="dxa"/>
              <w:right w:w="70" w:type="dxa"/>
            </w:tcMar>
          </w:tcPr>
          <w:p w14:paraId="2C18C3F2" w14:textId="77777777" w:rsidR="00E057C4" w:rsidRPr="001F10E2" w:rsidRDefault="00BB5B43" w:rsidP="001F10E2">
            <w:pPr>
              <w:jc w:val="center"/>
              <w:rPr>
                <w:szCs w:val="26"/>
              </w:rPr>
            </w:pPr>
            <w:r w:rsidRPr="001F10E2">
              <w:rPr>
                <w:szCs w:val="26"/>
              </w:rPr>
              <w:t>□</w:t>
            </w:r>
          </w:p>
        </w:tc>
      </w:tr>
      <w:tr w:rsidR="00E057C4" w:rsidRPr="001F10E2" w14:paraId="58753C6D" w14:textId="77777777" w:rsidTr="001F10E2">
        <w:trPr>
          <w:jc w:val="center"/>
        </w:trPr>
        <w:tc>
          <w:tcPr>
            <w:tcW w:w="764" w:type="dxa"/>
            <w:tcMar>
              <w:top w:w="60" w:type="dxa"/>
              <w:left w:w="70" w:type="dxa"/>
              <w:bottom w:w="60" w:type="dxa"/>
              <w:right w:w="70" w:type="dxa"/>
            </w:tcMar>
          </w:tcPr>
          <w:p w14:paraId="28C61829" w14:textId="77777777" w:rsidR="00E057C4" w:rsidRPr="001F10E2" w:rsidRDefault="00BB5B43">
            <w:pPr>
              <w:jc w:val="center"/>
              <w:rPr>
                <w:sz w:val="22"/>
              </w:rPr>
            </w:pPr>
            <w:r w:rsidRPr="001F10E2">
              <w:rPr>
                <w:sz w:val="22"/>
              </w:rPr>
              <w:t>6</w:t>
            </w:r>
          </w:p>
        </w:tc>
        <w:tc>
          <w:tcPr>
            <w:tcW w:w="6974" w:type="dxa"/>
            <w:tcMar>
              <w:top w:w="60" w:type="dxa"/>
              <w:left w:w="70" w:type="dxa"/>
              <w:bottom w:w="60" w:type="dxa"/>
              <w:right w:w="70" w:type="dxa"/>
            </w:tcMar>
          </w:tcPr>
          <w:p w14:paraId="5299A653" w14:textId="77777777" w:rsidR="00E057C4" w:rsidRPr="001F10E2" w:rsidRDefault="00BB5B43">
            <w:pPr>
              <w:rPr>
                <w:sz w:val="22"/>
              </w:rPr>
            </w:pPr>
            <w:r w:rsidRPr="001F10E2">
              <w:rPr>
                <w:sz w:val="22"/>
              </w:rPr>
              <w:t>Không trùng người học/giảng viên; trạng thái loại trừ lẫn nhau</w:t>
            </w:r>
          </w:p>
        </w:tc>
        <w:tc>
          <w:tcPr>
            <w:tcW w:w="1697" w:type="dxa"/>
            <w:tcMar>
              <w:top w:w="60" w:type="dxa"/>
              <w:left w:w="70" w:type="dxa"/>
              <w:bottom w:w="60" w:type="dxa"/>
              <w:right w:w="70" w:type="dxa"/>
            </w:tcMar>
          </w:tcPr>
          <w:p w14:paraId="6B8E984A" w14:textId="77777777" w:rsidR="00E057C4" w:rsidRPr="001F10E2" w:rsidRDefault="00BB5B43" w:rsidP="001F10E2">
            <w:pPr>
              <w:jc w:val="center"/>
              <w:rPr>
                <w:szCs w:val="26"/>
              </w:rPr>
            </w:pPr>
            <w:r w:rsidRPr="001F10E2">
              <w:rPr>
                <w:szCs w:val="26"/>
              </w:rPr>
              <w:t>□</w:t>
            </w:r>
          </w:p>
        </w:tc>
      </w:tr>
      <w:tr w:rsidR="00E057C4" w:rsidRPr="001F10E2" w14:paraId="1CD2DF30" w14:textId="77777777" w:rsidTr="001F10E2">
        <w:trPr>
          <w:jc w:val="center"/>
        </w:trPr>
        <w:tc>
          <w:tcPr>
            <w:tcW w:w="764" w:type="dxa"/>
            <w:tcMar>
              <w:top w:w="60" w:type="dxa"/>
              <w:left w:w="70" w:type="dxa"/>
              <w:bottom w:w="60" w:type="dxa"/>
              <w:right w:w="70" w:type="dxa"/>
            </w:tcMar>
          </w:tcPr>
          <w:p w14:paraId="249C1105" w14:textId="77777777" w:rsidR="00E057C4" w:rsidRPr="001F10E2" w:rsidRDefault="00BB5B43">
            <w:pPr>
              <w:jc w:val="center"/>
              <w:rPr>
                <w:sz w:val="22"/>
              </w:rPr>
            </w:pPr>
            <w:r w:rsidRPr="001F10E2">
              <w:rPr>
                <w:sz w:val="22"/>
              </w:rPr>
              <w:t>7</w:t>
            </w:r>
          </w:p>
        </w:tc>
        <w:tc>
          <w:tcPr>
            <w:tcW w:w="6974" w:type="dxa"/>
            <w:tcMar>
              <w:top w:w="60" w:type="dxa"/>
              <w:left w:w="70" w:type="dxa"/>
              <w:bottom w:w="60" w:type="dxa"/>
              <w:right w:w="70" w:type="dxa"/>
            </w:tcMar>
          </w:tcPr>
          <w:p w14:paraId="1245A41E" w14:textId="77777777" w:rsidR="00E057C4" w:rsidRPr="001F10E2" w:rsidRDefault="00BB5B43">
            <w:pPr>
              <w:rPr>
                <w:sz w:val="22"/>
              </w:rPr>
            </w:pPr>
            <w:r w:rsidRPr="001F10E2">
              <w:rPr>
                <w:sz w:val="22"/>
              </w:rPr>
              <w:t>Có đường dẫn dữ liệu gốc và minh chứng</w:t>
            </w:r>
          </w:p>
        </w:tc>
        <w:tc>
          <w:tcPr>
            <w:tcW w:w="1697" w:type="dxa"/>
            <w:tcMar>
              <w:top w:w="60" w:type="dxa"/>
              <w:left w:w="70" w:type="dxa"/>
              <w:bottom w:w="60" w:type="dxa"/>
              <w:right w:w="70" w:type="dxa"/>
            </w:tcMar>
          </w:tcPr>
          <w:p w14:paraId="14B5C853" w14:textId="77777777" w:rsidR="00E057C4" w:rsidRPr="001F10E2" w:rsidRDefault="00BB5B43" w:rsidP="001F10E2">
            <w:pPr>
              <w:jc w:val="center"/>
              <w:rPr>
                <w:szCs w:val="26"/>
              </w:rPr>
            </w:pPr>
            <w:r w:rsidRPr="001F10E2">
              <w:rPr>
                <w:szCs w:val="26"/>
              </w:rPr>
              <w:t>□</w:t>
            </w:r>
          </w:p>
        </w:tc>
      </w:tr>
      <w:tr w:rsidR="00E057C4" w:rsidRPr="001F10E2" w14:paraId="16F5E773" w14:textId="77777777" w:rsidTr="001F10E2">
        <w:trPr>
          <w:jc w:val="center"/>
        </w:trPr>
        <w:tc>
          <w:tcPr>
            <w:tcW w:w="764" w:type="dxa"/>
            <w:tcMar>
              <w:top w:w="60" w:type="dxa"/>
              <w:left w:w="70" w:type="dxa"/>
              <w:bottom w:w="60" w:type="dxa"/>
              <w:right w:w="70" w:type="dxa"/>
            </w:tcMar>
          </w:tcPr>
          <w:p w14:paraId="60C8EF68" w14:textId="77777777" w:rsidR="00E057C4" w:rsidRPr="001F10E2" w:rsidRDefault="00BB5B43">
            <w:pPr>
              <w:jc w:val="center"/>
              <w:rPr>
                <w:sz w:val="22"/>
              </w:rPr>
            </w:pPr>
            <w:r w:rsidRPr="001F10E2">
              <w:rPr>
                <w:sz w:val="22"/>
              </w:rPr>
              <w:t>8</w:t>
            </w:r>
          </w:p>
        </w:tc>
        <w:tc>
          <w:tcPr>
            <w:tcW w:w="6974" w:type="dxa"/>
            <w:tcMar>
              <w:top w:w="60" w:type="dxa"/>
              <w:left w:w="70" w:type="dxa"/>
              <w:bottom w:w="60" w:type="dxa"/>
              <w:right w:w="70" w:type="dxa"/>
            </w:tcMar>
          </w:tcPr>
          <w:p w14:paraId="179540C0" w14:textId="77777777" w:rsidR="00E057C4" w:rsidRPr="001F10E2" w:rsidRDefault="00BB5B43">
            <w:pPr>
              <w:rPr>
                <w:sz w:val="22"/>
              </w:rPr>
            </w:pPr>
            <w:r w:rsidRPr="001F10E2">
              <w:rPr>
                <w:sz w:val="22"/>
              </w:rPr>
              <w:t>Đã họp chuyên môn và có biên bản xác nhận</w:t>
            </w:r>
          </w:p>
        </w:tc>
        <w:tc>
          <w:tcPr>
            <w:tcW w:w="1697" w:type="dxa"/>
            <w:tcMar>
              <w:top w:w="60" w:type="dxa"/>
              <w:left w:w="70" w:type="dxa"/>
              <w:bottom w:w="60" w:type="dxa"/>
              <w:right w:w="70" w:type="dxa"/>
            </w:tcMar>
          </w:tcPr>
          <w:p w14:paraId="53E1C2AA" w14:textId="77777777" w:rsidR="00E057C4" w:rsidRPr="001F10E2" w:rsidRDefault="00BB5B43" w:rsidP="001F10E2">
            <w:pPr>
              <w:jc w:val="center"/>
              <w:rPr>
                <w:szCs w:val="26"/>
              </w:rPr>
            </w:pPr>
            <w:r w:rsidRPr="001F10E2">
              <w:rPr>
                <w:szCs w:val="26"/>
              </w:rPr>
              <w:t>□</w:t>
            </w:r>
          </w:p>
        </w:tc>
      </w:tr>
      <w:tr w:rsidR="00E057C4" w:rsidRPr="001F10E2" w14:paraId="0B21B5A8" w14:textId="77777777" w:rsidTr="001F10E2">
        <w:trPr>
          <w:jc w:val="center"/>
        </w:trPr>
        <w:tc>
          <w:tcPr>
            <w:tcW w:w="764" w:type="dxa"/>
            <w:tcMar>
              <w:top w:w="60" w:type="dxa"/>
              <w:left w:w="70" w:type="dxa"/>
              <w:bottom w:w="60" w:type="dxa"/>
              <w:right w:w="70" w:type="dxa"/>
            </w:tcMar>
          </w:tcPr>
          <w:p w14:paraId="72BCEBA2" w14:textId="77777777" w:rsidR="00E057C4" w:rsidRPr="001F10E2" w:rsidRDefault="00BB5B43">
            <w:pPr>
              <w:jc w:val="center"/>
              <w:rPr>
                <w:sz w:val="22"/>
              </w:rPr>
            </w:pPr>
            <w:r w:rsidRPr="001F10E2">
              <w:rPr>
                <w:sz w:val="22"/>
              </w:rPr>
              <w:t>9</w:t>
            </w:r>
          </w:p>
        </w:tc>
        <w:tc>
          <w:tcPr>
            <w:tcW w:w="6974" w:type="dxa"/>
            <w:tcMar>
              <w:top w:w="60" w:type="dxa"/>
              <w:left w:w="70" w:type="dxa"/>
              <w:bottom w:w="60" w:type="dxa"/>
              <w:right w:w="70" w:type="dxa"/>
            </w:tcMar>
          </w:tcPr>
          <w:p w14:paraId="54A8A348" w14:textId="77777777" w:rsidR="00E057C4" w:rsidRPr="001F10E2" w:rsidRDefault="00BB5B43">
            <w:pPr>
              <w:rPr>
                <w:sz w:val="22"/>
              </w:rPr>
            </w:pPr>
            <w:r w:rsidRPr="001F10E2">
              <w:rPr>
                <w:sz w:val="22"/>
              </w:rPr>
              <w:t>Đã xây dựng kế hoạch cải tiến và mốc đo lại</w:t>
            </w:r>
          </w:p>
        </w:tc>
        <w:tc>
          <w:tcPr>
            <w:tcW w:w="1697" w:type="dxa"/>
            <w:tcMar>
              <w:top w:w="60" w:type="dxa"/>
              <w:left w:w="70" w:type="dxa"/>
              <w:bottom w:w="60" w:type="dxa"/>
              <w:right w:w="70" w:type="dxa"/>
            </w:tcMar>
          </w:tcPr>
          <w:p w14:paraId="648CDDB1" w14:textId="77777777" w:rsidR="00E057C4" w:rsidRPr="001F10E2" w:rsidRDefault="00BB5B43" w:rsidP="001F10E2">
            <w:pPr>
              <w:jc w:val="center"/>
              <w:rPr>
                <w:szCs w:val="26"/>
              </w:rPr>
            </w:pPr>
            <w:r w:rsidRPr="001F10E2">
              <w:rPr>
                <w:szCs w:val="26"/>
              </w:rPr>
              <w:t>□</w:t>
            </w:r>
          </w:p>
        </w:tc>
      </w:tr>
    </w:tbl>
    <w:p w14:paraId="2742A628" w14:textId="77777777" w:rsidR="00E057C4" w:rsidRDefault="00E057C4">
      <w:pPr>
        <w:spacing w:after="0"/>
      </w:pPr>
    </w:p>
    <w:p w14:paraId="42ED01E1" w14:textId="77777777" w:rsidR="00E057C4" w:rsidRDefault="00E057C4">
      <w:pPr>
        <w:sectPr w:rsidR="00E057C4">
          <w:footerReference w:type="default" r:id="rId8"/>
          <w:pgSz w:w="11906" w:h="16838"/>
          <w:pgMar w:top="1134" w:right="1134" w:bottom="1134" w:left="1701" w:header="567" w:footer="567" w:gutter="0"/>
          <w:cols w:space="720"/>
          <w:docGrid w:linePitch="360"/>
        </w:sectPr>
      </w:pPr>
    </w:p>
    <w:p w14:paraId="196DFB2B" w14:textId="77777777" w:rsidR="00E057C4" w:rsidRDefault="00BB5B43">
      <w:pPr>
        <w:spacing w:after="40"/>
        <w:jc w:val="center"/>
      </w:pPr>
      <w:r>
        <w:rPr>
          <w:b/>
          <w:sz w:val="28"/>
        </w:rPr>
        <w:lastRenderedPageBreak/>
        <w:t>PHỤ LỤC 2</w:t>
      </w:r>
    </w:p>
    <w:p w14:paraId="2B495FB6" w14:textId="7888DE5F" w:rsidR="00E057C4" w:rsidRDefault="00BB5B43">
      <w:pPr>
        <w:spacing w:after="40"/>
        <w:jc w:val="center"/>
      </w:pPr>
      <w:r>
        <w:rPr>
          <w:b/>
        </w:rPr>
        <w:t>CHỈ SỐ VÀ CÔNG THỨC TÍNH THỐNG NHẤT</w:t>
      </w:r>
    </w:p>
    <w:p w14:paraId="38E9A0B6" w14:textId="77777777" w:rsidR="00E057C4" w:rsidRDefault="00BB5B43">
      <w:pPr>
        <w:spacing w:after="120"/>
        <w:jc w:val="center"/>
      </w:pPr>
      <w:r>
        <w:rPr>
          <w:i/>
          <w:sz w:val="23"/>
        </w:rPr>
        <w:t xml:space="preserve">(Kèm theo Hướng dẫn số .../HD-ĐHTN ngày </w:t>
      </w:r>
      <w:proofErr w:type="gramStart"/>
      <w:r>
        <w:rPr>
          <w:i/>
          <w:sz w:val="23"/>
        </w:rPr>
        <w:t>.....</w:t>
      </w:r>
      <w:proofErr w:type="gramEnd"/>
      <w:r>
        <w:rPr>
          <w:i/>
          <w:sz w:val="23"/>
        </w:rPr>
        <w:t xml:space="preserve"> tháng 8 năm 2026 của Trường Đại học Tây Nguyên)</w:t>
      </w:r>
    </w:p>
    <w:tbl>
      <w:tblPr>
        <w:tblStyle w:val="TableGrid"/>
        <w:tblW w:w="14857" w:type="dxa"/>
        <w:jc w:val="center"/>
        <w:tblLayout w:type="fixed"/>
        <w:tblLook w:val="04A0" w:firstRow="1" w:lastRow="0" w:firstColumn="1" w:lastColumn="0" w:noHBand="0" w:noVBand="1"/>
      </w:tblPr>
      <w:tblGrid>
        <w:gridCol w:w="567"/>
        <w:gridCol w:w="2835"/>
        <w:gridCol w:w="4082"/>
        <w:gridCol w:w="2725"/>
        <w:gridCol w:w="4648"/>
      </w:tblGrid>
      <w:tr w:rsidR="00E057C4" w:rsidRPr="00BB674A" w14:paraId="797837A1" w14:textId="77777777" w:rsidTr="001F10E2">
        <w:trPr>
          <w:tblHeader/>
          <w:jc w:val="center"/>
        </w:trPr>
        <w:tc>
          <w:tcPr>
            <w:tcW w:w="567" w:type="dxa"/>
            <w:shd w:val="clear" w:color="auto" w:fill="D9E1F2"/>
            <w:tcMar>
              <w:top w:w="70" w:type="dxa"/>
              <w:left w:w="70" w:type="dxa"/>
              <w:bottom w:w="70" w:type="dxa"/>
              <w:right w:w="70" w:type="dxa"/>
            </w:tcMar>
            <w:vAlign w:val="center"/>
          </w:tcPr>
          <w:p w14:paraId="75C7268D" w14:textId="77777777" w:rsidR="00E057C4" w:rsidRPr="00BB674A" w:rsidRDefault="00BB5B43">
            <w:pPr>
              <w:jc w:val="center"/>
              <w:rPr>
                <w:rFonts w:cs="Times New Roman"/>
                <w:sz w:val="22"/>
              </w:rPr>
            </w:pPr>
            <w:r w:rsidRPr="00BB674A">
              <w:rPr>
                <w:rFonts w:cs="Times New Roman"/>
                <w:b/>
                <w:sz w:val="22"/>
              </w:rPr>
              <w:t>Mã</w:t>
            </w:r>
          </w:p>
        </w:tc>
        <w:tc>
          <w:tcPr>
            <w:tcW w:w="2835" w:type="dxa"/>
            <w:shd w:val="clear" w:color="auto" w:fill="D9E1F2"/>
            <w:tcMar>
              <w:top w:w="70" w:type="dxa"/>
              <w:left w:w="70" w:type="dxa"/>
              <w:bottom w:w="70" w:type="dxa"/>
              <w:right w:w="70" w:type="dxa"/>
            </w:tcMar>
            <w:vAlign w:val="center"/>
          </w:tcPr>
          <w:p w14:paraId="741EF784" w14:textId="77777777" w:rsidR="00E057C4" w:rsidRPr="00BB674A" w:rsidRDefault="00BB5B43">
            <w:pPr>
              <w:jc w:val="center"/>
              <w:rPr>
                <w:rFonts w:cs="Times New Roman"/>
                <w:sz w:val="22"/>
              </w:rPr>
            </w:pPr>
            <w:r w:rsidRPr="00BB674A">
              <w:rPr>
                <w:rFonts w:cs="Times New Roman"/>
                <w:b/>
                <w:sz w:val="22"/>
              </w:rPr>
              <w:t>Chỉ số</w:t>
            </w:r>
          </w:p>
        </w:tc>
        <w:tc>
          <w:tcPr>
            <w:tcW w:w="4082" w:type="dxa"/>
            <w:shd w:val="clear" w:color="auto" w:fill="D9E1F2"/>
            <w:tcMar>
              <w:top w:w="70" w:type="dxa"/>
              <w:left w:w="70" w:type="dxa"/>
              <w:bottom w:w="70" w:type="dxa"/>
              <w:right w:w="70" w:type="dxa"/>
            </w:tcMar>
            <w:vAlign w:val="center"/>
          </w:tcPr>
          <w:p w14:paraId="630A6C60" w14:textId="77777777" w:rsidR="00E057C4" w:rsidRPr="00BB674A" w:rsidRDefault="00BB5B43">
            <w:pPr>
              <w:jc w:val="center"/>
              <w:rPr>
                <w:rFonts w:cs="Times New Roman"/>
                <w:sz w:val="22"/>
              </w:rPr>
            </w:pPr>
            <w:r w:rsidRPr="00BB674A">
              <w:rPr>
                <w:rFonts w:cs="Times New Roman"/>
                <w:b/>
                <w:sz w:val="22"/>
              </w:rPr>
              <w:t>Công thức/định nghĩa</w:t>
            </w:r>
          </w:p>
        </w:tc>
        <w:tc>
          <w:tcPr>
            <w:tcW w:w="2725" w:type="dxa"/>
            <w:shd w:val="clear" w:color="auto" w:fill="D9E1F2"/>
            <w:tcMar>
              <w:top w:w="70" w:type="dxa"/>
              <w:left w:w="70" w:type="dxa"/>
              <w:bottom w:w="70" w:type="dxa"/>
              <w:right w:w="70" w:type="dxa"/>
            </w:tcMar>
            <w:vAlign w:val="center"/>
          </w:tcPr>
          <w:p w14:paraId="21EC8E98" w14:textId="77777777" w:rsidR="00E057C4" w:rsidRPr="00BB674A" w:rsidRDefault="00BB5B43">
            <w:pPr>
              <w:jc w:val="center"/>
              <w:rPr>
                <w:rFonts w:cs="Times New Roman"/>
                <w:sz w:val="22"/>
              </w:rPr>
            </w:pPr>
            <w:r w:rsidRPr="00BB674A">
              <w:rPr>
                <w:rFonts w:cs="Times New Roman"/>
                <w:b/>
                <w:sz w:val="22"/>
              </w:rPr>
              <w:t>Nguồn dữ liệu ưu tiên</w:t>
            </w:r>
          </w:p>
        </w:tc>
        <w:tc>
          <w:tcPr>
            <w:tcW w:w="4648" w:type="dxa"/>
            <w:shd w:val="clear" w:color="auto" w:fill="D9E1F2"/>
            <w:tcMar>
              <w:top w:w="70" w:type="dxa"/>
              <w:left w:w="70" w:type="dxa"/>
              <w:bottom w:w="70" w:type="dxa"/>
              <w:right w:w="70" w:type="dxa"/>
            </w:tcMar>
            <w:vAlign w:val="center"/>
          </w:tcPr>
          <w:p w14:paraId="0B273065" w14:textId="66C60F1C" w:rsidR="00E057C4" w:rsidRPr="00BB674A" w:rsidRDefault="00CE1D4B">
            <w:pPr>
              <w:jc w:val="center"/>
              <w:rPr>
                <w:rFonts w:cs="Times New Roman"/>
                <w:sz w:val="22"/>
              </w:rPr>
            </w:pPr>
            <w:r w:rsidRPr="00BB674A">
              <w:rPr>
                <w:rFonts w:cs="Times New Roman"/>
                <w:b/>
                <w:sz w:val="22"/>
              </w:rPr>
              <w:t>Ghi chú</w:t>
            </w:r>
          </w:p>
        </w:tc>
      </w:tr>
      <w:tr w:rsidR="00E057C4" w:rsidRPr="00BB674A" w14:paraId="3432347B" w14:textId="77777777" w:rsidTr="001F10E2">
        <w:trPr>
          <w:jc w:val="center"/>
        </w:trPr>
        <w:tc>
          <w:tcPr>
            <w:tcW w:w="567" w:type="dxa"/>
            <w:tcMar>
              <w:top w:w="60" w:type="dxa"/>
              <w:left w:w="70" w:type="dxa"/>
              <w:bottom w:w="60" w:type="dxa"/>
              <w:right w:w="70" w:type="dxa"/>
            </w:tcMar>
          </w:tcPr>
          <w:p w14:paraId="13FB0A63" w14:textId="77777777" w:rsidR="00E057C4" w:rsidRPr="00BB674A" w:rsidRDefault="00BB5B43">
            <w:pPr>
              <w:jc w:val="center"/>
              <w:rPr>
                <w:rFonts w:cs="Times New Roman"/>
                <w:sz w:val="22"/>
              </w:rPr>
            </w:pPr>
            <w:r w:rsidRPr="00BB674A">
              <w:rPr>
                <w:rFonts w:cs="Times New Roman"/>
                <w:sz w:val="22"/>
              </w:rPr>
              <w:t>1</w:t>
            </w:r>
          </w:p>
        </w:tc>
        <w:tc>
          <w:tcPr>
            <w:tcW w:w="2835" w:type="dxa"/>
            <w:tcMar>
              <w:top w:w="60" w:type="dxa"/>
              <w:left w:w="70" w:type="dxa"/>
              <w:bottom w:w="60" w:type="dxa"/>
              <w:right w:w="70" w:type="dxa"/>
            </w:tcMar>
          </w:tcPr>
          <w:p w14:paraId="20CA24D9" w14:textId="77777777" w:rsidR="00E057C4" w:rsidRPr="00BB674A" w:rsidRDefault="00BB5B43">
            <w:pPr>
              <w:rPr>
                <w:rFonts w:cs="Times New Roman"/>
                <w:sz w:val="22"/>
              </w:rPr>
            </w:pPr>
            <w:r w:rsidRPr="00BB674A">
              <w:rPr>
                <w:rFonts w:cs="Times New Roman"/>
                <w:sz w:val="22"/>
              </w:rPr>
              <w:t>Tỷ trọng tín chỉ của khối kiến thức</w:t>
            </w:r>
          </w:p>
        </w:tc>
        <w:tc>
          <w:tcPr>
            <w:tcW w:w="4082" w:type="dxa"/>
            <w:tcMar>
              <w:top w:w="60" w:type="dxa"/>
              <w:left w:w="70" w:type="dxa"/>
              <w:bottom w:w="60" w:type="dxa"/>
              <w:right w:w="70" w:type="dxa"/>
            </w:tcMar>
          </w:tcPr>
          <w:p w14:paraId="05F46B1B" w14:textId="36FB95DE" w:rsidR="00E057C4" w:rsidRPr="00BB674A" w:rsidRDefault="00BB5B43">
            <w:pPr>
              <w:rPr>
                <w:rFonts w:cs="Times New Roman"/>
                <w:sz w:val="22"/>
              </w:rPr>
            </w:pPr>
            <w:r w:rsidRPr="00BB674A">
              <w:rPr>
                <w:rFonts w:cs="Times New Roman"/>
                <w:sz w:val="22"/>
              </w:rPr>
              <w:t>Số TC của khối / Tổng số TC CTĐT × 100</w:t>
            </w:r>
            <w:r w:rsidR="001F4789" w:rsidRPr="00BB674A">
              <w:rPr>
                <w:rFonts w:cs="Times New Roman"/>
                <w:sz w:val="22"/>
              </w:rPr>
              <w:t>%</w:t>
            </w:r>
          </w:p>
        </w:tc>
        <w:tc>
          <w:tcPr>
            <w:tcW w:w="2725" w:type="dxa"/>
            <w:tcMar>
              <w:top w:w="60" w:type="dxa"/>
              <w:left w:w="70" w:type="dxa"/>
              <w:bottom w:w="60" w:type="dxa"/>
              <w:right w:w="70" w:type="dxa"/>
            </w:tcMar>
          </w:tcPr>
          <w:p w14:paraId="0CBDAF39" w14:textId="77777777" w:rsidR="00E057C4" w:rsidRPr="00BB674A" w:rsidRDefault="00BB5B43">
            <w:pPr>
              <w:rPr>
                <w:rFonts w:cs="Times New Roman"/>
                <w:sz w:val="22"/>
              </w:rPr>
            </w:pPr>
            <w:r w:rsidRPr="00BB674A">
              <w:rPr>
                <w:rFonts w:cs="Times New Roman"/>
                <w:sz w:val="22"/>
              </w:rPr>
              <w:t>Quyết định ban hành CTĐT</w:t>
            </w:r>
          </w:p>
        </w:tc>
        <w:tc>
          <w:tcPr>
            <w:tcW w:w="4648" w:type="dxa"/>
            <w:tcMar>
              <w:top w:w="60" w:type="dxa"/>
              <w:left w:w="70" w:type="dxa"/>
              <w:bottom w:w="60" w:type="dxa"/>
              <w:right w:w="70" w:type="dxa"/>
            </w:tcMar>
          </w:tcPr>
          <w:p w14:paraId="63F7CAF6" w14:textId="77777777" w:rsidR="00E057C4" w:rsidRPr="00BB674A" w:rsidRDefault="00BB5B43">
            <w:pPr>
              <w:rPr>
                <w:rFonts w:cs="Times New Roman"/>
                <w:sz w:val="22"/>
              </w:rPr>
            </w:pPr>
            <w:r w:rsidRPr="00BB674A">
              <w:rPr>
                <w:rFonts w:cs="Times New Roman"/>
                <w:sz w:val="22"/>
              </w:rPr>
              <w:t>Tách theo phiên bản/khóa; tổng tỷ lệ = 100%.</w:t>
            </w:r>
          </w:p>
        </w:tc>
      </w:tr>
      <w:tr w:rsidR="00E057C4" w:rsidRPr="00BB674A" w14:paraId="4F3FA684" w14:textId="77777777" w:rsidTr="001F10E2">
        <w:trPr>
          <w:jc w:val="center"/>
        </w:trPr>
        <w:tc>
          <w:tcPr>
            <w:tcW w:w="567" w:type="dxa"/>
            <w:tcMar>
              <w:top w:w="60" w:type="dxa"/>
              <w:left w:w="70" w:type="dxa"/>
              <w:bottom w:w="60" w:type="dxa"/>
              <w:right w:w="70" w:type="dxa"/>
            </w:tcMar>
          </w:tcPr>
          <w:p w14:paraId="051428DB" w14:textId="77777777" w:rsidR="00E057C4" w:rsidRPr="00BB674A" w:rsidRDefault="00BB5B43">
            <w:pPr>
              <w:jc w:val="center"/>
              <w:rPr>
                <w:rFonts w:cs="Times New Roman"/>
                <w:sz w:val="22"/>
              </w:rPr>
            </w:pPr>
            <w:r w:rsidRPr="00BB674A">
              <w:rPr>
                <w:rFonts w:cs="Times New Roman"/>
                <w:sz w:val="22"/>
              </w:rPr>
              <w:t>2</w:t>
            </w:r>
          </w:p>
        </w:tc>
        <w:tc>
          <w:tcPr>
            <w:tcW w:w="2835" w:type="dxa"/>
            <w:tcMar>
              <w:top w:w="60" w:type="dxa"/>
              <w:left w:w="70" w:type="dxa"/>
              <w:bottom w:w="60" w:type="dxa"/>
              <w:right w:w="70" w:type="dxa"/>
            </w:tcMar>
          </w:tcPr>
          <w:p w14:paraId="717008B0" w14:textId="77777777" w:rsidR="00E057C4" w:rsidRPr="00BB674A" w:rsidRDefault="00BB5B43">
            <w:pPr>
              <w:rPr>
                <w:rFonts w:cs="Times New Roman"/>
                <w:sz w:val="22"/>
              </w:rPr>
            </w:pPr>
            <w:r w:rsidRPr="00BB674A">
              <w:rPr>
                <w:rFonts w:cs="Times New Roman"/>
                <w:sz w:val="22"/>
              </w:rPr>
              <w:t>Tỷ lệ GV toàn thời gian có trình độ tiến sĩ</w:t>
            </w:r>
          </w:p>
        </w:tc>
        <w:tc>
          <w:tcPr>
            <w:tcW w:w="4082" w:type="dxa"/>
            <w:tcMar>
              <w:top w:w="60" w:type="dxa"/>
              <w:left w:w="70" w:type="dxa"/>
              <w:bottom w:w="60" w:type="dxa"/>
              <w:right w:w="70" w:type="dxa"/>
            </w:tcMar>
          </w:tcPr>
          <w:p w14:paraId="720A2B71" w14:textId="071A66AD" w:rsidR="00E057C4" w:rsidRPr="00BB674A" w:rsidRDefault="00BB5B43" w:rsidP="001F4789">
            <w:pPr>
              <w:rPr>
                <w:rFonts w:cs="Times New Roman"/>
                <w:sz w:val="22"/>
              </w:rPr>
            </w:pPr>
            <w:r w:rsidRPr="00BB674A">
              <w:rPr>
                <w:rFonts w:cs="Times New Roman"/>
                <w:sz w:val="22"/>
              </w:rPr>
              <w:t xml:space="preserve">Số GVTTG có </w:t>
            </w:r>
            <w:r w:rsidR="001F4789" w:rsidRPr="00BB674A">
              <w:rPr>
                <w:rFonts w:cs="Times New Roman"/>
                <w:sz w:val="22"/>
              </w:rPr>
              <w:t>trình độ</w:t>
            </w:r>
            <w:r w:rsidRPr="00BB674A">
              <w:rPr>
                <w:rFonts w:cs="Times New Roman"/>
                <w:sz w:val="22"/>
              </w:rPr>
              <w:t xml:space="preserve"> TS / Tổng GVTTG tham gia CTĐT × 100</w:t>
            </w:r>
            <w:r w:rsidR="001F4789" w:rsidRPr="00BB674A">
              <w:rPr>
                <w:rFonts w:cs="Times New Roman"/>
                <w:sz w:val="22"/>
              </w:rPr>
              <w:t>%</w:t>
            </w:r>
          </w:p>
        </w:tc>
        <w:tc>
          <w:tcPr>
            <w:tcW w:w="2725" w:type="dxa"/>
            <w:tcMar>
              <w:top w:w="60" w:type="dxa"/>
              <w:left w:w="70" w:type="dxa"/>
              <w:bottom w:w="60" w:type="dxa"/>
              <w:right w:w="70" w:type="dxa"/>
            </w:tcMar>
          </w:tcPr>
          <w:p w14:paraId="0B317049" w14:textId="77777777" w:rsidR="00E057C4" w:rsidRPr="00BB674A" w:rsidRDefault="00BB5B43">
            <w:pPr>
              <w:rPr>
                <w:rFonts w:cs="Times New Roman"/>
                <w:sz w:val="22"/>
              </w:rPr>
            </w:pPr>
            <w:r w:rsidRPr="00BB674A">
              <w:rPr>
                <w:rFonts w:cs="Times New Roman"/>
                <w:sz w:val="22"/>
              </w:rPr>
              <w:t>Nhân sự + phân công giảng dạy</w:t>
            </w:r>
          </w:p>
        </w:tc>
        <w:tc>
          <w:tcPr>
            <w:tcW w:w="4648" w:type="dxa"/>
            <w:tcMar>
              <w:top w:w="60" w:type="dxa"/>
              <w:left w:w="70" w:type="dxa"/>
              <w:bottom w:w="60" w:type="dxa"/>
              <w:right w:w="70" w:type="dxa"/>
            </w:tcMar>
          </w:tcPr>
          <w:p w14:paraId="02AD5918" w14:textId="77777777" w:rsidR="00E057C4" w:rsidRPr="00BB674A" w:rsidRDefault="00BB5B43">
            <w:pPr>
              <w:rPr>
                <w:rFonts w:cs="Times New Roman"/>
                <w:sz w:val="22"/>
              </w:rPr>
            </w:pPr>
            <w:r w:rsidRPr="00BB674A">
              <w:rPr>
                <w:rFonts w:cs="Times New Roman"/>
                <w:sz w:val="22"/>
              </w:rPr>
              <w:t>Đếm người duy nhất; chức danh và học vị tách riêng.</w:t>
            </w:r>
          </w:p>
        </w:tc>
      </w:tr>
      <w:tr w:rsidR="00E057C4" w:rsidRPr="00FF31BD" w14:paraId="489FF760" w14:textId="77777777" w:rsidTr="001F10E2">
        <w:trPr>
          <w:jc w:val="center"/>
        </w:trPr>
        <w:tc>
          <w:tcPr>
            <w:tcW w:w="567" w:type="dxa"/>
            <w:tcMar>
              <w:top w:w="60" w:type="dxa"/>
              <w:left w:w="70" w:type="dxa"/>
              <w:bottom w:w="60" w:type="dxa"/>
              <w:right w:w="70" w:type="dxa"/>
            </w:tcMar>
          </w:tcPr>
          <w:p w14:paraId="57E3E3A8" w14:textId="77777777" w:rsidR="00E057C4" w:rsidRPr="00BB674A" w:rsidRDefault="00BB5B43">
            <w:pPr>
              <w:jc w:val="center"/>
              <w:rPr>
                <w:rFonts w:cs="Times New Roman"/>
                <w:sz w:val="22"/>
              </w:rPr>
            </w:pPr>
            <w:r w:rsidRPr="00BB674A">
              <w:rPr>
                <w:rFonts w:cs="Times New Roman"/>
                <w:sz w:val="22"/>
              </w:rPr>
              <w:t>3</w:t>
            </w:r>
          </w:p>
        </w:tc>
        <w:tc>
          <w:tcPr>
            <w:tcW w:w="2835" w:type="dxa"/>
            <w:tcMar>
              <w:top w:w="60" w:type="dxa"/>
              <w:left w:w="70" w:type="dxa"/>
              <w:bottom w:w="60" w:type="dxa"/>
              <w:right w:w="70" w:type="dxa"/>
            </w:tcMar>
          </w:tcPr>
          <w:p w14:paraId="5CA17C5F" w14:textId="77777777" w:rsidR="00E057C4" w:rsidRPr="00BB674A" w:rsidRDefault="00BB5B43">
            <w:pPr>
              <w:rPr>
                <w:rFonts w:cs="Times New Roman"/>
                <w:sz w:val="22"/>
              </w:rPr>
            </w:pPr>
            <w:r w:rsidRPr="00BB674A">
              <w:rPr>
                <w:rFonts w:cs="Times New Roman"/>
                <w:sz w:val="22"/>
              </w:rPr>
              <w:t>Tỷ lệ nhập học trung bình 3 năm</w:t>
            </w:r>
          </w:p>
        </w:tc>
        <w:tc>
          <w:tcPr>
            <w:tcW w:w="4082" w:type="dxa"/>
            <w:tcMar>
              <w:top w:w="60" w:type="dxa"/>
              <w:left w:w="70" w:type="dxa"/>
              <w:bottom w:w="60" w:type="dxa"/>
              <w:right w:w="70" w:type="dxa"/>
            </w:tcMar>
          </w:tcPr>
          <w:p w14:paraId="3A2D2845" w14:textId="79CFBF85" w:rsidR="00E057C4" w:rsidRPr="00BB674A" w:rsidRDefault="00BB5B43">
            <w:pPr>
              <w:rPr>
                <w:rFonts w:cs="Times New Roman"/>
                <w:sz w:val="22"/>
                <w:lang w:val="pt-BR"/>
              </w:rPr>
            </w:pPr>
            <w:r w:rsidRPr="00BB674A">
              <w:rPr>
                <w:rFonts w:cs="Times New Roman"/>
                <w:sz w:val="22"/>
                <w:lang w:val="pt-BR"/>
              </w:rPr>
              <w:t>T = [A(n)/B(n) + A(n-1)/B(n-1) + A(n-2)/B(n-2)] / 3 × 100</w:t>
            </w:r>
            <w:r w:rsidR="007410E0" w:rsidRPr="00BB674A">
              <w:rPr>
                <w:rFonts w:cs="Times New Roman"/>
                <w:sz w:val="22"/>
                <w:lang w:val="pt-BR"/>
              </w:rPr>
              <w:t>%</w:t>
            </w:r>
          </w:p>
        </w:tc>
        <w:tc>
          <w:tcPr>
            <w:tcW w:w="2725" w:type="dxa"/>
            <w:tcMar>
              <w:top w:w="60" w:type="dxa"/>
              <w:left w:w="70" w:type="dxa"/>
              <w:bottom w:w="60" w:type="dxa"/>
              <w:right w:w="70" w:type="dxa"/>
            </w:tcMar>
          </w:tcPr>
          <w:p w14:paraId="716EBE26" w14:textId="36BC43DA" w:rsidR="00E057C4" w:rsidRPr="00BB674A" w:rsidRDefault="00BB5B43" w:rsidP="0017207B">
            <w:pPr>
              <w:rPr>
                <w:rFonts w:cs="Times New Roman"/>
                <w:sz w:val="22"/>
                <w:lang w:val="pt-BR"/>
              </w:rPr>
            </w:pPr>
            <w:r w:rsidRPr="00BB674A">
              <w:rPr>
                <w:rFonts w:cs="Times New Roman"/>
                <w:sz w:val="22"/>
                <w:lang w:val="pt-BR"/>
              </w:rPr>
              <w:t xml:space="preserve">Chỉ tiêu </w:t>
            </w:r>
            <w:r w:rsidR="003C083B" w:rsidRPr="00BB674A">
              <w:rPr>
                <w:rFonts w:cs="Times New Roman"/>
                <w:sz w:val="22"/>
                <w:lang w:val="pt-BR"/>
              </w:rPr>
              <w:t xml:space="preserve">tuyển sinh </w:t>
            </w:r>
            <w:r w:rsidRPr="00BB674A">
              <w:rPr>
                <w:rFonts w:cs="Times New Roman"/>
                <w:sz w:val="22"/>
                <w:lang w:val="pt-BR"/>
              </w:rPr>
              <w:t>và nhập học thực tế</w:t>
            </w:r>
            <w:r w:rsidR="003C083B" w:rsidRPr="00BB674A">
              <w:rPr>
                <w:rFonts w:cs="Times New Roman"/>
                <w:sz w:val="22"/>
                <w:lang w:val="pt-BR"/>
              </w:rPr>
              <w:t xml:space="preserve"> </w:t>
            </w:r>
          </w:p>
        </w:tc>
        <w:tc>
          <w:tcPr>
            <w:tcW w:w="4648" w:type="dxa"/>
            <w:tcMar>
              <w:top w:w="60" w:type="dxa"/>
              <w:left w:w="70" w:type="dxa"/>
              <w:bottom w:w="60" w:type="dxa"/>
              <w:right w:w="70" w:type="dxa"/>
            </w:tcMar>
          </w:tcPr>
          <w:p w14:paraId="4AD5FFBE" w14:textId="04A5D9BC" w:rsidR="001D6C62" w:rsidRPr="00FF31BD" w:rsidRDefault="001D6C62" w:rsidP="007410E0">
            <w:pPr>
              <w:jc w:val="both"/>
              <w:rPr>
                <w:rFonts w:cs="Times New Roman"/>
                <w:sz w:val="22"/>
                <w:lang w:val="pt-BR"/>
              </w:rPr>
            </w:pPr>
            <w:r w:rsidRPr="00FF31BD">
              <w:rPr>
                <w:rFonts w:cs="Times New Roman"/>
                <w:sz w:val="22"/>
                <w:lang w:val="pt-BR"/>
              </w:rPr>
              <w:t>- A(n), A(n-1), A(n-2) là số lượng nhập học mới của CTĐT năm báo cáo (n) và hai năm trước liền kề;</w:t>
            </w:r>
          </w:p>
          <w:p w14:paraId="4081A4E7" w14:textId="1E221679" w:rsidR="001F4789" w:rsidRPr="00FF31BD" w:rsidRDefault="001D6C62" w:rsidP="007410E0">
            <w:pPr>
              <w:jc w:val="both"/>
              <w:rPr>
                <w:rFonts w:cs="Times New Roman"/>
                <w:sz w:val="22"/>
                <w:lang w:val="pt-BR"/>
              </w:rPr>
            </w:pPr>
            <w:r w:rsidRPr="00FF31BD">
              <w:rPr>
                <w:rFonts w:cs="Times New Roman"/>
                <w:sz w:val="22"/>
                <w:lang w:val="pt-BR"/>
              </w:rPr>
              <w:t>- B(n), B(n-1), B(n-2) là chỉ tiêu theo kế hoạch của CTĐT năm báo cáo (n) và hai năm trước liền kề.</w:t>
            </w:r>
          </w:p>
        </w:tc>
      </w:tr>
      <w:tr w:rsidR="00E057C4" w:rsidRPr="00FF31BD" w14:paraId="3ABFA42E" w14:textId="77777777" w:rsidTr="001F10E2">
        <w:trPr>
          <w:jc w:val="center"/>
        </w:trPr>
        <w:tc>
          <w:tcPr>
            <w:tcW w:w="567" w:type="dxa"/>
            <w:tcMar>
              <w:top w:w="60" w:type="dxa"/>
              <w:left w:w="70" w:type="dxa"/>
              <w:bottom w:w="60" w:type="dxa"/>
              <w:right w:w="70" w:type="dxa"/>
            </w:tcMar>
          </w:tcPr>
          <w:p w14:paraId="3BE20653" w14:textId="77777777" w:rsidR="00E057C4" w:rsidRPr="00BB674A" w:rsidRDefault="00BB5B43">
            <w:pPr>
              <w:jc w:val="center"/>
              <w:rPr>
                <w:rFonts w:cs="Times New Roman"/>
                <w:sz w:val="22"/>
              </w:rPr>
            </w:pPr>
            <w:r w:rsidRPr="00BB674A">
              <w:rPr>
                <w:rFonts w:cs="Times New Roman"/>
                <w:sz w:val="22"/>
              </w:rPr>
              <w:t>4</w:t>
            </w:r>
          </w:p>
        </w:tc>
        <w:tc>
          <w:tcPr>
            <w:tcW w:w="2835" w:type="dxa"/>
            <w:tcMar>
              <w:top w:w="60" w:type="dxa"/>
              <w:left w:w="70" w:type="dxa"/>
              <w:bottom w:w="60" w:type="dxa"/>
              <w:right w:w="70" w:type="dxa"/>
            </w:tcMar>
          </w:tcPr>
          <w:p w14:paraId="69197FEE" w14:textId="77777777" w:rsidR="00E057C4" w:rsidRPr="00BB674A" w:rsidRDefault="00BB5B43">
            <w:pPr>
              <w:rPr>
                <w:rFonts w:cs="Times New Roman"/>
                <w:sz w:val="22"/>
              </w:rPr>
            </w:pPr>
            <w:r w:rsidRPr="00BB674A">
              <w:rPr>
                <w:rFonts w:cs="Times New Roman"/>
                <w:sz w:val="22"/>
              </w:rPr>
              <w:t>Tỷ số tăng/giảm quy mô 3 năm</w:t>
            </w:r>
          </w:p>
        </w:tc>
        <w:tc>
          <w:tcPr>
            <w:tcW w:w="4082" w:type="dxa"/>
            <w:tcMar>
              <w:top w:w="60" w:type="dxa"/>
              <w:left w:w="70" w:type="dxa"/>
              <w:bottom w:w="60" w:type="dxa"/>
              <w:right w:w="70" w:type="dxa"/>
            </w:tcMar>
          </w:tcPr>
          <w:p w14:paraId="124DCF3D" w14:textId="39CC997E" w:rsidR="00E057C4" w:rsidRPr="00BB674A" w:rsidRDefault="00BB5B43">
            <w:pPr>
              <w:rPr>
                <w:rFonts w:cs="Times New Roman"/>
                <w:sz w:val="22"/>
              </w:rPr>
            </w:pPr>
            <w:r w:rsidRPr="00BB674A">
              <w:rPr>
                <w:rFonts w:cs="Times New Roman"/>
                <w:sz w:val="22"/>
              </w:rPr>
              <w:t>T = [A(n)/A(n-3) - 1] × 100</w:t>
            </w:r>
            <w:r w:rsidR="001F4789" w:rsidRPr="00BB674A">
              <w:rPr>
                <w:rFonts w:cs="Times New Roman"/>
                <w:sz w:val="22"/>
              </w:rPr>
              <w:t>%</w:t>
            </w:r>
          </w:p>
        </w:tc>
        <w:tc>
          <w:tcPr>
            <w:tcW w:w="2725" w:type="dxa"/>
            <w:tcMar>
              <w:top w:w="60" w:type="dxa"/>
              <w:left w:w="70" w:type="dxa"/>
              <w:bottom w:w="60" w:type="dxa"/>
              <w:right w:w="70" w:type="dxa"/>
            </w:tcMar>
          </w:tcPr>
          <w:p w14:paraId="4E1421B7" w14:textId="04C92D00" w:rsidR="00E057C4" w:rsidRPr="00BB674A" w:rsidRDefault="00BB5B43" w:rsidP="0017207B">
            <w:pPr>
              <w:rPr>
                <w:rFonts w:cs="Times New Roman"/>
                <w:sz w:val="22"/>
              </w:rPr>
            </w:pPr>
            <w:r w:rsidRPr="00BB674A">
              <w:rPr>
                <w:rFonts w:cs="Times New Roman"/>
                <w:sz w:val="22"/>
              </w:rPr>
              <w:t xml:space="preserve">Quy mô </w:t>
            </w:r>
            <w:r w:rsidR="003C083B" w:rsidRPr="00BB674A">
              <w:rPr>
                <w:rFonts w:cs="Times New Roman"/>
                <w:sz w:val="22"/>
              </w:rPr>
              <w:t xml:space="preserve">người học tại thời điểm </w:t>
            </w:r>
            <w:r w:rsidRPr="00BB674A">
              <w:rPr>
                <w:rFonts w:cs="Times New Roman"/>
                <w:sz w:val="22"/>
              </w:rPr>
              <w:t>cuối năm</w:t>
            </w:r>
            <w:r w:rsidR="001F4789" w:rsidRPr="00BB674A">
              <w:rPr>
                <w:rFonts w:cs="Times New Roman"/>
                <w:sz w:val="22"/>
              </w:rPr>
              <w:t xml:space="preserve"> </w:t>
            </w:r>
          </w:p>
        </w:tc>
        <w:tc>
          <w:tcPr>
            <w:tcW w:w="4648" w:type="dxa"/>
            <w:tcMar>
              <w:top w:w="60" w:type="dxa"/>
              <w:left w:w="70" w:type="dxa"/>
              <w:bottom w:w="60" w:type="dxa"/>
              <w:right w:w="70" w:type="dxa"/>
            </w:tcMar>
          </w:tcPr>
          <w:p w14:paraId="49AD3F2C" w14:textId="77777777" w:rsidR="00E057C4" w:rsidRPr="00BB674A" w:rsidRDefault="00BB5B43" w:rsidP="007410E0">
            <w:pPr>
              <w:jc w:val="both"/>
              <w:rPr>
                <w:rFonts w:cs="Times New Roman"/>
                <w:sz w:val="22"/>
              </w:rPr>
            </w:pPr>
            <w:r w:rsidRPr="00BB674A">
              <w:rPr>
                <w:rFonts w:cs="Times New Roman"/>
                <w:sz w:val="22"/>
              </w:rPr>
              <w:t>Cùng trình độ, hình thức và phạm vi.</w:t>
            </w:r>
          </w:p>
          <w:p w14:paraId="5475FE49" w14:textId="77777777" w:rsidR="001F4789" w:rsidRPr="00BB674A" w:rsidRDefault="001F4789" w:rsidP="007410E0">
            <w:pPr>
              <w:jc w:val="both"/>
              <w:rPr>
                <w:rFonts w:cs="Times New Roman"/>
                <w:sz w:val="22"/>
              </w:rPr>
            </w:pPr>
            <w:r w:rsidRPr="00BB674A">
              <w:rPr>
                <w:rFonts w:cs="Times New Roman"/>
                <w:sz w:val="22"/>
              </w:rPr>
              <w:t>Quy mô người học của CTĐT tính đến thời điểm cuối năm báo cáo.</w:t>
            </w:r>
          </w:p>
          <w:p w14:paraId="72AD17B2" w14:textId="77777777" w:rsidR="001D6C62" w:rsidRPr="001D6C62" w:rsidRDefault="001D6C62" w:rsidP="007410E0">
            <w:pPr>
              <w:jc w:val="both"/>
              <w:rPr>
                <w:rFonts w:eastAsia="Malgun Gothic" w:cs="Times New Roman"/>
                <w:kern w:val="2"/>
                <w:sz w:val="22"/>
                <w:lang w:val="vi-VN" w:eastAsia="ko-KR"/>
                <w14:ligatures w14:val="standardContextual"/>
              </w:rPr>
            </w:pPr>
            <w:r w:rsidRPr="001D6C62">
              <w:rPr>
                <w:rFonts w:eastAsia="Malgun Gothic" w:cs="Times New Roman"/>
                <w:kern w:val="2"/>
                <w:sz w:val="22"/>
                <w:lang w:val="vi-VN" w:eastAsia="ko-KR"/>
                <w14:ligatures w14:val="standardContextual"/>
              </w:rPr>
              <w:t>- A(n) là quy mô đào tạo của năm báo cáo (n)</w:t>
            </w:r>
          </w:p>
          <w:p w14:paraId="755E390D" w14:textId="319CE1FE" w:rsidR="00E14513" w:rsidRPr="00BB674A" w:rsidRDefault="001D6C62" w:rsidP="007410E0">
            <w:pPr>
              <w:jc w:val="both"/>
              <w:rPr>
                <w:rFonts w:eastAsia="Malgun Gothic" w:cs="Times New Roman"/>
                <w:kern w:val="2"/>
                <w:sz w:val="22"/>
                <w:lang w:val="vi-VN" w:eastAsia="ko-KR"/>
                <w14:ligatures w14:val="standardContextual"/>
              </w:rPr>
            </w:pPr>
            <w:r w:rsidRPr="001D6C62">
              <w:rPr>
                <w:rFonts w:eastAsia="Malgun Gothic" w:cs="Times New Roman"/>
                <w:kern w:val="2"/>
                <w:sz w:val="22"/>
                <w:lang w:val="vi-VN" w:eastAsia="ko-KR"/>
                <w14:ligatures w14:val="standardContextual"/>
              </w:rPr>
              <w:t>- A(n-3) là quy mô đào tạo của 3 năm trước (n-3).</w:t>
            </w:r>
          </w:p>
        </w:tc>
      </w:tr>
      <w:tr w:rsidR="00E057C4" w:rsidRPr="00BB674A" w14:paraId="7974B992" w14:textId="77777777" w:rsidTr="001F10E2">
        <w:trPr>
          <w:jc w:val="center"/>
        </w:trPr>
        <w:tc>
          <w:tcPr>
            <w:tcW w:w="567" w:type="dxa"/>
            <w:tcMar>
              <w:top w:w="60" w:type="dxa"/>
              <w:left w:w="70" w:type="dxa"/>
              <w:bottom w:w="60" w:type="dxa"/>
              <w:right w:w="70" w:type="dxa"/>
            </w:tcMar>
          </w:tcPr>
          <w:p w14:paraId="650A474F" w14:textId="77777777" w:rsidR="00E057C4" w:rsidRPr="00BB674A" w:rsidRDefault="00BB5B43">
            <w:pPr>
              <w:jc w:val="center"/>
              <w:rPr>
                <w:rFonts w:cs="Times New Roman"/>
                <w:sz w:val="22"/>
              </w:rPr>
            </w:pPr>
            <w:r w:rsidRPr="00BB674A">
              <w:rPr>
                <w:rFonts w:cs="Times New Roman"/>
                <w:sz w:val="22"/>
              </w:rPr>
              <w:t>5</w:t>
            </w:r>
          </w:p>
        </w:tc>
        <w:tc>
          <w:tcPr>
            <w:tcW w:w="2835" w:type="dxa"/>
            <w:tcMar>
              <w:top w:w="60" w:type="dxa"/>
              <w:left w:w="70" w:type="dxa"/>
              <w:bottom w:w="60" w:type="dxa"/>
              <w:right w:w="70" w:type="dxa"/>
            </w:tcMar>
          </w:tcPr>
          <w:p w14:paraId="565E904B" w14:textId="77777777" w:rsidR="00E057C4" w:rsidRPr="00BB674A" w:rsidRDefault="00BB5B43">
            <w:pPr>
              <w:rPr>
                <w:rFonts w:cs="Times New Roman"/>
                <w:sz w:val="22"/>
              </w:rPr>
            </w:pPr>
            <w:r w:rsidRPr="00BB674A">
              <w:rPr>
                <w:rFonts w:cs="Times New Roman"/>
                <w:sz w:val="22"/>
              </w:rPr>
              <w:t>Tỷ lệ thôi học</w:t>
            </w:r>
          </w:p>
        </w:tc>
        <w:tc>
          <w:tcPr>
            <w:tcW w:w="4082" w:type="dxa"/>
            <w:tcMar>
              <w:top w:w="60" w:type="dxa"/>
              <w:left w:w="70" w:type="dxa"/>
              <w:bottom w:w="60" w:type="dxa"/>
              <w:right w:w="70" w:type="dxa"/>
            </w:tcMar>
          </w:tcPr>
          <w:p w14:paraId="52B39714" w14:textId="47C6C5AE" w:rsidR="00E057C4" w:rsidRPr="00BB674A" w:rsidRDefault="00BB5B43">
            <w:pPr>
              <w:rPr>
                <w:rFonts w:cs="Times New Roman"/>
                <w:sz w:val="22"/>
              </w:rPr>
            </w:pPr>
            <w:r w:rsidRPr="00BB674A">
              <w:rPr>
                <w:rFonts w:cs="Times New Roman"/>
                <w:sz w:val="22"/>
              </w:rPr>
              <w:t>T = B/A × 100</w:t>
            </w:r>
            <w:r w:rsidR="001F4789" w:rsidRPr="00BB674A">
              <w:rPr>
                <w:rFonts w:cs="Times New Roman"/>
                <w:sz w:val="22"/>
              </w:rPr>
              <w:t>%</w:t>
            </w:r>
            <w:r w:rsidRPr="00BB674A">
              <w:rPr>
                <w:rFonts w:cs="Times New Roman"/>
                <w:sz w:val="22"/>
              </w:rPr>
              <w:t xml:space="preserve">; B = A - C </w:t>
            </w:r>
            <w:r w:rsidR="001F4789" w:rsidRPr="00BB674A">
              <w:rPr>
                <w:rFonts w:cs="Times New Roman"/>
                <w:sz w:val="22"/>
              </w:rPr>
              <w:t>–</w:t>
            </w:r>
            <w:r w:rsidRPr="00BB674A">
              <w:rPr>
                <w:rFonts w:cs="Times New Roman"/>
                <w:sz w:val="22"/>
              </w:rPr>
              <w:t xml:space="preserve"> D</w:t>
            </w:r>
          </w:p>
          <w:p w14:paraId="04D26AFC" w14:textId="71A43DC2" w:rsidR="001F4789" w:rsidRPr="00BB674A" w:rsidRDefault="003C083B" w:rsidP="00D54733">
            <w:pPr>
              <w:jc w:val="both"/>
              <w:rPr>
                <w:rFonts w:cs="Times New Roman"/>
                <w:sz w:val="22"/>
              </w:rPr>
            </w:pPr>
            <w:r w:rsidRPr="00BB674A">
              <w:rPr>
                <w:rFonts w:cs="Times New Roman"/>
                <w:sz w:val="22"/>
              </w:rPr>
              <w:t>(</w:t>
            </w:r>
            <w:r w:rsidR="001F4789" w:rsidRPr="00BB674A">
              <w:rPr>
                <w:rFonts w:cs="Times New Roman"/>
                <w:sz w:val="22"/>
              </w:rPr>
              <w:t>Tỷ lệ thôi học</w:t>
            </w:r>
            <w:r w:rsidRPr="00BB674A">
              <w:rPr>
                <w:rFonts w:cs="Times New Roman"/>
                <w:sz w:val="22"/>
              </w:rPr>
              <w:t xml:space="preserve"> trong năm</w:t>
            </w:r>
            <w:r w:rsidR="001F4789" w:rsidRPr="00BB674A">
              <w:rPr>
                <w:rFonts w:cs="Times New Roman"/>
                <w:sz w:val="22"/>
              </w:rPr>
              <w:t xml:space="preserve"> là số người học của CTĐT bị buộc thôi học/tự ý thôi học</w:t>
            </w:r>
            <w:r w:rsidRPr="00BB674A">
              <w:rPr>
                <w:rFonts w:cs="Times New Roman"/>
                <w:sz w:val="22"/>
              </w:rPr>
              <w:t xml:space="preserve"> trong năm chia cho tổng số người học của CTĐT đang tiếp tục theo học và có mặt tại thời điểm cuối năm trước</w:t>
            </w:r>
            <w:r w:rsidR="00D54733" w:rsidRPr="00BB674A">
              <w:rPr>
                <w:rFonts w:cs="Times New Roman"/>
                <w:sz w:val="22"/>
              </w:rPr>
              <w:t xml:space="preserve"> *100%</w:t>
            </w:r>
            <w:r w:rsidRPr="00BB674A">
              <w:rPr>
                <w:rFonts w:cs="Times New Roman"/>
                <w:sz w:val="22"/>
              </w:rPr>
              <w:t>)</w:t>
            </w:r>
          </w:p>
        </w:tc>
        <w:tc>
          <w:tcPr>
            <w:tcW w:w="2725" w:type="dxa"/>
            <w:tcMar>
              <w:top w:w="60" w:type="dxa"/>
              <w:left w:w="70" w:type="dxa"/>
              <w:bottom w:w="60" w:type="dxa"/>
              <w:right w:w="70" w:type="dxa"/>
            </w:tcMar>
          </w:tcPr>
          <w:p w14:paraId="175F01F1" w14:textId="4E649D9A" w:rsidR="00E057C4" w:rsidRPr="00BB674A" w:rsidRDefault="00BB5B43" w:rsidP="0017207B">
            <w:pPr>
              <w:rPr>
                <w:rFonts w:cs="Times New Roman"/>
                <w:sz w:val="22"/>
              </w:rPr>
            </w:pPr>
            <w:r w:rsidRPr="00BB674A">
              <w:rPr>
                <w:rFonts w:cs="Times New Roman"/>
                <w:sz w:val="22"/>
              </w:rPr>
              <w:t xml:space="preserve">Dữ liệu </w:t>
            </w:r>
            <w:r w:rsidR="003C083B" w:rsidRPr="00BB674A">
              <w:rPr>
                <w:rFonts w:cs="Times New Roman"/>
                <w:sz w:val="22"/>
              </w:rPr>
              <w:t xml:space="preserve">thôi học, quy mô người học </w:t>
            </w:r>
          </w:p>
        </w:tc>
        <w:tc>
          <w:tcPr>
            <w:tcW w:w="4648" w:type="dxa"/>
            <w:tcMar>
              <w:top w:w="60" w:type="dxa"/>
              <w:left w:w="70" w:type="dxa"/>
              <w:bottom w:w="60" w:type="dxa"/>
              <w:right w:w="70" w:type="dxa"/>
            </w:tcMar>
          </w:tcPr>
          <w:p w14:paraId="3E4FBC9A" w14:textId="77777777" w:rsidR="003C53BA" w:rsidRPr="00BB674A" w:rsidRDefault="00BB5B43" w:rsidP="0017207B">
            <w:pPr>
              <w:jc w:val="both"/>
              <w:rPr>
                <w:rFonts w:cs="Times New Roman"/>
                <w:sz w:val="22"/>
              </w:rPr>
            </w:pPr>
            <w:r w:rsidRPr="00BB674A">
              <w:rPr>
                <w:rFonts w:cs="Times New Roman"/>
                <w:sz w:val="22"/>
              </w:rPr>
              <w:t xml:space="preserve">A: </w:t>
            </w:r>
            <w:r w:rsidR="003C53BA" w:rsidRPr="00BB674A">
              <w:rPr>
                <w:rFonts w:cs="Times New Roman"/>
                <w:sz w:val="22"/>
              </w:rPr>
              <w:t xml:space="preserve">Tổng số người học của CTĐT </w:t>
            </w:r>
            <w:r w:rsidRPr="00BB674A">
              <w:rPr>
                <w:rFonts w:cs="Times New Roman"/>
                <w:sz w:val="22"/>
              </w:rPr>
              <w:t xml:space="preserve">có mặt cuối năm trước và còn </w:t>
            </w:r>
            <w:r w:rsidR="003C53BA" w:rsidRPr="00BB674A">
              <w:rPr>
                <w:rFonts w:cs="Times New Roman"/>
                <w:sz w:val="22"/>
              </w:rPr>
              <w:t xml:space="preserve">trong </w:t>
            </w:r>
            <w:r w:rsidRPr="00BB674A">
              <w:rPr>
                <w:rFonts w:cs="Times New Roman"/>
                <w:sz w:val="22"/>
              </w:rPr>
              <w:t>thời gian</w:t>
            </w:r>
            <w:r w:rsidR="003C53BA" w:rsidRPr="00BB674A">
              <w:rPr>
                <w:rFonts w:cs="Times New Roman"/>
                <w:sz w:val="22"/>
              </w:rPr>
              <w:t xml:space="preserve"> học tập cho phép</w:t>
            </w:r>
            <w:r w:rsidRPr="00BB674A">
              <w:rPr>
                <w:rFonts w:cs="Times New Roman"/>
                <w:sz w:val="22"/>
              </w:rPr>
              <w:t xml:space="preserve">; </w:t>
            </w:r>
          </w:p>
          <w:p w14:paraId="4838804C" w14:textId="4A8F72EA" w:rsidR="003C53BA" w:rsidRPr="00BB674A" w:rsidRDefault="00BB5B43" w:rsidP="0017207B">
            <w:pPr>
              <w:jc w:val="both"/>
              <w:rPr>
                <w:rFonts w:cs="Times New Roman"/>
                <w:sz w:val="22"/>
              </w:rPr>
            </w:pPr>
            <w:r w:rsidRPr="00BB674A">
              <w:rPr>
                <w:rFonts w:cs="Times New Roman"/>
                <w:sz w:val="22"/>
              </w:rPr>
              <w:t xml:space="preserve">C: </w:t>
            </w:r>
            <w:r w:rsidR="003C53BA" w:rsidRPr="00BB674A">
              <w:rPr>
                <w:rFonts w:cs="Times New Roman"/>
                <w:sz w:val="22"/>
              </w:rPr>
              <w:t>số người học</w:t>
            </w:r>
            <w:r w:rsidR="0017207B" w:rsidRPr="00BB674A">
              <w:rPr>
                <w:rFonts w:cs="Times New Roman"/>
                <w:sz w:val="22"/>
              </w:rPr>
              <w:t xml:space="preserve"> </w:t>
            </w:r>
            <w:r w:rsidR="0017207B" w:rsidRPr="00BB674A">
              <w:rPr>
                <w:rFonts w:eastAsia="Malgun Gothic" w:cs="Times New Roman"/>
                <w:kern w:val="2"/>
                <w:sz w:val="22"/>
                <w:lang w:val="vi-VN" w:eastAsia="ko-KR"/>
                <w14:ligatures w14:val="standardContextual"/>
              </w:rPr>
              <w:t xml:space="preserve">(nằm trong A) </w:t>
            </w:r>
            <w:r w:rsidR="003C53BA" w:rsidRPr="00BB674A">
              <w:rPr>
                <w:rFonts w:cs="Times New Roman"/>
                <w:sz w:val="22"/>
              </w:rPr>
              <w:t xml:space="preserve">của CTĐT đã </w:t>
            </w:r>
            <w:r w:rsidRPr="00BB674A">
              <w:rPr>
                <w:rFonts w:cs="Times New Roman"/>
                <w:sz w:val="22"/>
              </w:rPr>
              <w:t>tốt nghiệp</w:t>
            </w:r>
            <w:r w:rsidR="003C53BA" w:rsidRPr="00BB674A">
              <w:rPr>
                <w:rFonts w:cs="Times New Roman"/>
                <w:sz w:val="22"/>
              </w:rPr>
              <w:t xml:space="preserve"> trong năm báo cáo</w:t>
            </w:r>
            <w:r w:rsidRPr="00BB674A">
              <w:rPr>
                <w:rFonts w:cs="Times New Roman"/>
                <w:sz w:val="22"/>
              </w:rPr>
              <w:t xml:space="preserve">; </w:t>
            </w:r>
          </w:p>
          <w:p w14:paraId="32DA3D76" w14:textId="52D9D48D" w:rsidR="00E057C4" w:rsidRPr="00BB674A" w:rsidRDefault="00BB5B43" w:rsidP="0017207B">
            <w:pPr>
              <w:jc w:val="both"/>
              <w:rPr>
                <w:rFonts w:cs="Times New Roman"/>
                <w:sz w:val="22"/>
              </w:rPr>
            </w:pPr>
            <w:r w:rsidRPr="00BB674A">
              <w:rPr>
                <w:rFonts w:cs="Times New Roman"/>
                <w:sz w:val="22"/>
              </w:rPr>
              <w:t xml:space="preserve">D: </w:t>
            </w:r>
            <w:r w:rsidR="003C53BA" w:rsidRPr="00BB674A">
              <w:rPr>
                <w:rFonts w:cs="Times New Roman"/>
                <w:sz w:val="22"/>
              </w:rPr>
              <w:t xml:space="preserve">số người học </w:t>
            </w:r>
            <w:r w:rsidR="0017207B" w:rsidRPr="00BB674A">
              <w:rPr>
                <w:rFonts w:eastAsia="Malgun Gothic" w:cs="Times New Roman"/>
                <w:kern w:val="2"/>
                <w:sz w:val="22"/>
                <w:lang w:val="vi-VN" w:eastAsia="ko-KR"/>
                <w14:ligatures w14:val="standardContextual"/>
              </w:rPr>
              <w:t xml:space="preserve">(nằm trong A) </w:t>
            </w:r>
            <w:r w:rsidR="003C53BA" w:rsidRPr="00BB674A">
              <w:rPr>
                <w:rFonts w:cs="Times New Roman"/>
                <w:sz w:val="22"/>
              </w:rPr>
              <w:t>của CTĐT tiếp tục theo</w:t>
            </w:r>
            <w:r w:rsidRPr="00BB674A">
              <w:rPr>
                <w:rFonts w:cs="Times New Roman"/>
                <w:sz w:val="22"/>
              </w:rPr>
              <w:t xml:space="preserve"> học</w:t>
            </w:r>
            <w:r w:rsidR="003C53BA" w:rsidRPr="00BB674A">
              <w:rPr>
                <w:rFonts w:cs="Times New Roman"/>
                <w:sz w:val="22"/>
              </w:rPr>
              <w:t xml:space="preserve"> và có mặt tại thời điểm cuối năm báo cáo</w:t>
            </w:r>
            <w:r w:rsidRPr="00BB674A">
              <w:rPr>
                <w:rFonts w:cs="Times New Roman"/>
                <w:sz w:val="22"/>
              </w:rPr>
              <w:t>.</w:t>
            </w:r>
          </w:p>
        </w:tc>
      </w:tr>
      <w:tr w:rsidR="00E057C4" w:rsidRPr="00BB674A" w14:paraId="69C81A82" w14:textId="77777777" w:rsidTr="001F10E2">
        <w:trPr>
          <w:jc w:val="center"/>
        </w:trPr>
        <w:tc>
          <w:tcPr>
            <w:tcW w:w="567" w:type="dxa"/>
            <w:tcMar>
              <w:top w:w="60" w:type="dxa"/>
              <w:left w:w="70" w:type="dxa"/>
              <w:bottom w:w="60" w:type="dxa"/>
              <w:right w:w="70" w:type="dxa"/>
            </w:tcMar>
          </w:tcPr>
          <w:p w14:paraId="0E0010DA" w14:textId="77777777" w:rsidR="00E057C4" w:rsidRPr="00BB674A" w:rsidRDefault="00BB5B43">
            <w:pPr>
              <w:jc w:val="center"/>
              <w:rPr>
                <w:rFonts w:cs="Times New Roman"/>
                <w:sz w:val="22"/>
              </w:rPr>
            </w:pPr>
            <w:r w:rsidRPr="00BB674A">
              <w:rPr>
                <w:rFonts w:cs="Times New Roman"/>
                <w:sz w:val="22"/>
              </w:rPr>
              <w:t>6</w:t>
            </w:r>
          </w:p>
        </w:tc>
        <w:tc>
          <w:tcPr>
            <w:tcW w:w="2835" w:type="dxa"/>
            <w:tcMar>
              <w:top w:w="60" w:type="dxa"/>
              <w:left w:w="70" w:type="dxa"/>
              <w:bottom w:w="60" w:type="dxa"/>
              <w:right w:w="70" w:type="dxa"/>
            </w:tcMar>
          </w:tcPr>
          <w:p w14:paraId="33932395" w14:textId="77777777" w:rsidR="00E057C4" w:rsidRPr="00BB674A" w:rsidRDefault="00BB5B43">
            <w:pPr>
              <w:rPr>
                <w:rFonts w:cs="Times New Roman"/>
                <w:sz w:val="22"/>
              </w:rPr>
            </w:pPr>
            <w:r w:rsidRPr="00BB674A">
              <w:rPr>
                <w:rFonts w:cs="Times New Roman"/>
                <w:sz w:val="22"/>
              </w:rPr>
              <w:t>Tỷ lệ thôi học năm đầu</w:t>
            </w:r>
          </w:p>
        </w:tc>
        <w:tc>
          <w:tcPr>
            <w:tcW w:w="4082" w:type="dxa"/>
            <w:tcMar>
              <w:top w:w="60" w:type="dxa"/>
              <w:left w:w="70" w:type="dxa"/>
              <w:bottom w:w="60" w:type="dxa"/>
              <w:right w:w="70" w:type="dxa"/>
            </w:tcMar>
          </w:tcPr>
          <w:p w14:paraId="09D65A58" w14:textId="685C88CB" w:rsidR="00E057C4" w:rsidRPr="00BB674A" w:rsidRDefault="00BB5B43">
            <w:pPr>
              <w:rPr>
                <w:rFonts w:cs="Times New Roman"/>
                <w:sz w:val="22"/>
              </w:rPr>
            </w:pPr>
            <w:r w:rsidRPr="00BB674A">
              <w:rPr>
                <w:rFonts w:cs="Times New Roman"/>
                <w:sz w:val="22"/>
              </w:rPr>
              <w:t>T1 = B1/A1 × 100</w:t>
            </w:r>
            <w:r w:rsidR="0017207B" w:rsidRPr="00BB674A">
              <w:rPr>
                <w:rFonts w:cs="Times New Roman"/>
                <w:sz w:val="22"/>
              </w:rPr>
              <w:t>%</w:t>
            </w:r>
          </w:p>
          <w:p w14:paraId="2EC8E14C" w14:textId="036FD941" w:rsidR="00D54733" w:rsidRPr="00BB674A" w:rsidRDefault="00D54733" w:rsidP="009659D9">
            <w:pPr>
              <w:rPr>
                <w:rFonts w:cs="Times New Roman"/>
                <w:sz w:val="22"/>
              </w:rPr>
            </w:pPr>
            <w:r w:rsidRPr="00BB674A">
              <w:rPr>
                <w:rFonts w:cs="Times New Roman"/>
                <w:sz w:val="22"/>
              </w:rPr>
              <w:t>(Tỷ lệ thôi học năm đầu là số</w:t>
            </w:r>
            <w:r w:rsidRPr="00BB674A">
              <w:rPr>
                <w:rFonts w:eastAsia="Malgun Gothic" w:cs="Times New Roman"/>
                <w:kern w:val="2"/>
                <w:sz w:val="22"/>
                <w:lang w:val="vi-VN" w:eastAsia="ko-KR"/>
                <w14:ligatures w14:val="standardContextual"/>
              </w:rPr>
              <w:t xml:space="preserve"> người thôi học sau năm đầu tiên nhập học</w:t>
            </w:r>
            <w:r w:rsidRPr="00BB674A">
              <w:rPr>
                <w:rFonts w:cs="Times New Roman"/>
                <w:sz w:val="22"/>
              </w:rPr>
              <w:t xml:space="preserve"> chia cho số người học </w:t>
            </w:r>
            <w:r w:rsidR="005D3A6A">
              <w:rPr>
                <w:rFonts w:cs="Times New Roman"/>
                <w:sz w:val="22"/>
              </w:rPr>
              <w:t xml:space="preserve">thực tuyển </w:t>
            </w:r>
            <w:r w:rsidRPr="00BB674A">
              <w:rPr>
                <w:rFonts w:cs="Times New Roman"/>
                <w:sz w:val="22"/>
              </w:rPr>
              <w:t xml:space="preserve">được thống kê </w:t>
            </w:r>
            <w:r w:rsidR="005D3A6A">
              <w:rPr>
                <w:rFonts w:cs="Times New Roman"/>
                <w:sz w:val="22"/>
              </w:rPr>
              <w:t>cho khóa tuyển sinh đã hoàn thành năm học đầu tiên</w:t>
            </w:r>
            <w:r w:rsidR="009659D9">
              <w:rPr>
                <w:rFonts w:cs="Times New Roman"/>
                <w:sz w:val="22"/>
              </w:rPr>
              <w:t xml:space="preserve"> tính đến thời điểm báo cáo</w:t>
            </w:r>
            <w:r w:rsidRPr="00BB674A">
              <w:rPr>
                <w:rFonts w:cs="Times New Roman"/>
                <w:sz w:val="22"/>
              </w:rPr>
              <w:t>).</w:t>
            </w:r>
            <w:r w:rsidR="00C75DA1">
              <w:rPr>
                <w:rFonts w:cs="Times New Roman"/>
                <w:sz w:val="22"/>
              </w:rPr>
              <w:t xml:space="preserve"> Theo TT 34/2026</w:t>
            </w:r>
          </w:p>
        </w:tc>
        <w:tc>
          <w:tcPr>
            <w:tcW w:w="2725" w:type="dxa"/>
            <w:tcMar>
              <w:top w:w="60" w:type="dxa"/>
              <w:left w:w="70" w:type="dxa"/>
              <w:bottom w:w="60" w:type="dxa"/>
              <w:right w:w="70" w:type="dxa"/>
            </w:tcMar>
          </w:tcPr>
          <w:p w14:paraId="6B77F61A" w14:textId="660FF68D" w:rsidR="00E057C4" w:rsidRPr="00BB674A" w:rsidRDefault="00BB5B43" w:rsidP="0017207B">
            <w:pPr>
              <w:rPr>
                <w:rFonts w:cs="Times New Roman"/>
                <w:sz w:val="22"/>
              </w:rPr>
            </w:pPr>
            <w:r w:rsidRPr="00BB674A">
              <w:rPr>
                <w:rFonts w:cs="Times New Roman"/>
                <w:sz w:val="22"/>
              </w:rPr>
              <w:t xml:space="preserve">Dữ liệu </w:t>
            </w:r>
            <w:r w:rsidR="0017207B" w:rsidRPr="00BB674A">
              <w:rPr>
                <w:rFonts w:cs="Times New Roman"/>
                <w:sz w:val="22"/>
              </w:rPr>
              <w:t>thôi học năm đầu, quy mô tuyển sinh tính theo khóa</w:t>
            </w:r>
          </w:p>
        </w:tc>
        <w:tc>
          <w:tcPr>
            <w:tcW w:w="4648" w:type="dxa"/>
            <w:tcMar>
              <w:top w:w="60" w:type="dxa"/>
              <w:left w:w="70" w:type="dxa"/>
              <w:bottom w:w="60" w:type="dxa"/>
              <w:right w:w="70" w:type="dxa"/>
            </w:tcMar>
          </w:tcPr>
          <w:p w14:paraId="5CA1F1F7" w14:textId="77777777" w:rsidR="00E057C4" w:rsidRPr="00BB674A" w:rsidRDefault="00BB5B43" w:rsidP="0017207B">
            <w:pPr>
              <w:jc w:val="both"/>
              <w:rPr>
                <w:rFonts w:cs="Times New Roman"/>
                <w:sz w:val="22"/>
              </w:rPr>
            </w:pPr>
            <w:r w:rsidRPr="00BB674A">
              <w:rPr>
                <w:rFonts w:cs="Times New Roman"/>
                <w:sz w:val="22"/>
              </w:rPr>
              <w:t>Không để âm; đối soát chuyển đến/đi, bảo lưu, chuyển ngành.</w:t>
            </w:r>
          </w:p>
          <w:p w14:paraId="524BAD0C" w14:textId="759A3C4F" w:rsidR="0017207B" w:rsidRPr="00BB674A" w:rsidRDefault="0017207B" w:rsidP="0017207B">
            <w:pPr>
              <w:jc w:val="both"/>
              <w:rPr>
                <w:rFonts w:cs="Times New Roman"/>
                <w:sz w:val="22"/>
              </w:rPr>
            </w:pPr>
            <w:r w:rsidRPr="00BB674A">
              <w:rPr>
                <w:rFonts w:cs="Times New Roman"/>
                <w:sz w:val="22"/>
              </w:rPr>
              <w:t xml:space="preserve">A1: tổng số người nhập </w:t>
            </w:r>
            <w:r w:rsidR="009659D9" w:rsidRPr="00BB674A">
              <w:rPr>
                <w:rFonts w:cs="Times New Roman"/>
                <w:sz w:val="22"/>
              </w:rPr>
              <w:t xml:space="preserve">học </w:t>
            </w:r>
            <w:r w:rsidR="009659D9">
              <w:rPr>
                <w:rFonts w:cs="Times New Roman"/>
                <w:sz w:val="22"/>
              </w:rPr>
              <w:t xml:space="preserve">thực tuyển </w:t>
            </w:r>
            <w:r w:rsidR="009659D9" w:rsidRPr="00BB674A">
              <w:rPr>
                <w:rFonts w:cs="Times New Roman"/>
                <w:sz w:val="22"/>
              </w:rPr>
              <w:t xml:space="preserve">được thống kê </w:t>
            </w:r>
            <w:r w:rsidR="009659D9">
              <w:rPr>
                <w:rFonts w:cs="Times New Roman"/>
                <w:sz w:val="22"/>
              </w:rPr>
              <w:t>cho khóa tuyển sinh đã hoàn thành năm học đầu tiên tính đến thời điểm báo cáo</w:t>
            </w:r>
            <w:r w:rsidRPr="00BB674A">
              <w:rPr>
                <w:rFonts w:cs="Times New Roman"/>
                <w:sz w:val="22"/>
              </w:rPr>
              <w:t>;</w:t>
            </w:r>
          </w:p>
          <w:p w14:paraId="5708AD5A" w14:textId="729FBBA9" w:rsidR="0017207B" w:rsidRPr="00BB674A" w:rsidRDefault="009659D9" w:rsidP="0017207B">
            <w:pPr>
              <w:jc w:val="both"/>
              <w:rPr>
                <w:rFonts w:cs="Times New Roman"/>
                <w:sz w:val="22"/>
              </w:rPr>
            </w:pPr>
            <w:r>
              <w:rPr>
                <w:rFonts w:cs="Times New Roman"/>
                <w:sz w:val="22"/>
              </w:rPr>
              <w:t>B</w:t>
            </w:r>
            <w:r w:rsidR="0017207B" w:rsidRPr="00BB674A">
              <w:rPr>
                <w:rFonts w:cs="Times New Roman"/>
                <w:sz w:val="22"/>
              </w:rPr>
              <w:t xml:space="preserve">1 là số người </w:t>
            </w:r>
            <w:r>
              <w:rPr>
                <w:rFonts w:cs="Times New Roman"/>
                <w:sz w:val="22"/>
              </w:rPr>
              <w:t>thôi học/bị buộc thôi học sau năm đầu tiên</w:t>
            </w:r>
            <w:r w:rsidR="0017207B" w:rsidRPr="00BB674A">
              <w:rPr>
                <w:rFonts w:cs="Times New Roman"/>
                <w:sz w:val="22"/>
              </w:rPr>
              <w:t>;</w:t>
            </w:r>
          </w:p>
          <w:p w14:paraId="742926F2" w14:textId="66A69D5A" w:rsidR="0017207B" w:rsidRPr="00BB674A" w:rsidRDefault="0017207B" w:rsidP="0017207B">
            <w:pPr>
              <w:rPr>
                <w:rFonts w:cs="Times New Roman"/>
                <w:sz w:val="22"/>
              </w:rPr>
            </w:pPr>
          </w:p>
        </w:tc>
      </w:tr>
      <w:tr w:rsidR="00E057C4" w:rsidRPr="00BB674A" w14:paraId="706ECB24" w14:textId="77777777" w:rsidTr="001F10E2">
        <w:trPr>
          <w:jc w:val="center"/>
        </w:trPr>
        <w:tc>
          <w:tcPr>
            <w:tcW w:w="567" w:type="dxa"/>
            <w:tcMar>
              <w:top w:w="60" w:type="dxa"/>
              <w:left w:w="70" w:type="dxa"/>
              <w:bottom w:w="60" w:type="dxa"/>
              <w:right w:w="70" w:type="dxa"/>
            </w:tcMar>
          </w:tcPr>
          <w:p w14:paraId="3CADCC29" w14:textId="77777777" w:rsidR="00E057C4" w:rsidRPr="00BB674A" w:rsidRDefault="00BB5B43">
            <w:pPr>
              <w:jc w:val="center"/>
              <w:rPr>
                <w:rFonts w:cs="Times New Roman"/>
                <w:sz w:val="22"/>
              </w:rPr>
            </w:pPr>
            <w:r w:rsidRPr="00BB674A">
              <w:rPr>
                <w:rFonts w:cs="Times New Roman"/>
                <w:sz w:val="22"/>
              </w:rPr>
              <w:lastRenderedPageBreak/>
              <w:t>7</w:t>
            </w:r>
          </w:p>
        </w:tc>
        <w:tc>
          <w:tcPr>
            <w:tcW w:w="2835" w:type="dxa"/>
            <w:tcMar>
              <w:top w:w="60" w:type="dxa"/>
              <w:left w:w="70" w:type="dxa"/>
              <w:bottom w:w="60" w:type="dxa"/>
              <w:right w:w="70" w:type="dxa"/>
            </w:tcMar>
          </w:tcPr>
          <w:p w14:paraId="727E200D" w14:textId="77777777" w:rsidR="00E057C4" w:rsidRPr="00BB674A" w:rsidRDefault="00BB5B43">
            <w:pPr>
              <w:rPr>
                <w:rFonts w:cs="Times New Roman"/>
                <w:sz w:val="22"/>
              </w:rPr>
            </w:pPr>
            <w:r w:rsidRPr="00BB674A">
              <w:rPr>
                <w:rFonts w:cs="Times New Roman"/>
                <w:sz w:val="22"/>
              </w:rPr>
              <w:t>Tỷ lệ tốt nghiệp</w:t>
            </w:r>
          </w:p>
        </w:tc>
        <w:tc>
          <w:tcPr>
            <w:tcW w:w="4082" w:type="dxa"/>
            <w:tcMar>
              <w:top w:w="60" w:type="dxa"/>
              <w:left w:w="70" w:type="dxa"/>
              <w:bottom w:w="60" w:type="dxa"/>
              <w:right w:w="70" w:type="dxa"/>
            </w:tcMar>
          </w:tcPr>
          <w:p w14:paraId="6963D771" w14:textId="77777777" w:rsidR="00E057C4" w:rsidRDefault="00BB5B43" w:rsidP="00BB674A">
            <w:pPr>
              <w:rPr>
                <w:rFonts w:cs="Times New Roman"/>
                <w:sz w:val="22"/>
              </w:rPr>
            </w:pPr>
            <w:r w:rsidRPr="00BB674A">
              <w:rPr>
                <w:rFonts w:cs="Times New Roman"/>
                <w:sz w:val="22"/>
              </w:rPr>
              <w:t xml:space="preserve">Số người </w:t>
            </w:r>
            <w:r w:rsidR="00BB674A" w:rsidRPr="00BB674A">
              <w:rPr>
                <w:rFonts w:cs="Times New Roman"/>
                <w:sz w:val="22"/>
              </w:rPr>
              <w:t xml:space="preserve">học </w:t>
            </w:r>
            <w:r w:rsidRPr="00BB674A">
              <w:rPr>
                <w:rFonts w:cs="Times New Roman"/>
                <w:sz w:val="22"/>
              </w:rPr>
              <w:t>của các khóa tốt nghiệp không vư</w:t>
            </w:r>
            <w:r w:rsidR="00BB674A" w:rsidRPr="00BB674A">
              <w:rPr>
                <w:rFonts w:cs="Times New Roman"/>
                <w:sz w:val="22"/>
              </w:rPr>
              <w:t>ợt quá 1,5 lần thời gian chuẩn chia cho s</w:t>
            </w:r>
            <w:r w:rsidRPr="00BB674A">
              <w:rPr>
                <w:rFonts w:cs="Times New Roman"/>
                <w:sz w:val="22"/>
              </w:rPr>
              <w:t>ố nhập học của các khóa tương ứng × 100</w:t>
            </w:r>
            <w:r w:rsidR="0017207B" w:rsidRPr="00BB674A">
              <w:rPr>
                <w:rFonts w:cs="Times New Roman"/>
                <w:sz w:val="22"/>
              </w:rPr>
              <w:t>%</w:t>
            </w:r>
          </w:p>
          <w:p w14:paraId="6BA086C9" w14:textId="46148DFE" w:rsidR="00FF2021" w:rsidRPr="00FF2021" w:rsidRDefault="00FF2021" w:rsidP="00BB674A">
            <w:pPr>
              <w:rPr>
                <w:rFonts w:cs="Times New Roman"/>
                <w:sz w:val="22"/>
                <w:lang w:val="pt-BR"/>
              </w:rPr>
            </w:pPr>
            <w:r w:rsidRPr="00FF2021">
              <w:rPr>
                <w:rFonts w:cs="Times New Roman"/>
                <w:sz w:val="22"/>
                <w:lang w:val="pt-BR"/>
              </w:rPr>
              <w:t>Theo TT01: T = Σ M(i)/N(i)</w:t>
            </w:r>
          </w:p>
        </w:tc>
        <w:tc>
          <w:tcPr>
            <w:tcW w:w="2725" w:type="dxa"/>
            <w:tcMar>
              <w:top w:w="60" w:type="dxa"/>
              <w:left w:w="70" w:type="dxa"/>
              <w:bottom w:w="60" w:type="dxa"/>
              <w:right w:w="70" w:type="dxa"/>
            </w:tcMar>
          </w:tcPr>
          <w:p w14:paraId="085FB4CD" w14:textId="77777777" w:rsidR="00E057C4" w:rsidRPr="00BB674A" w:rsidRDefault="00BB5B43">
            <w:pPr>
              <w:rPr>
                <w:rFonts w:cs="Times New Roman"/>
                <w:sz w:val="22"/>
              </w:rPr>
            </w:pPr>
            <w:r w:rsidRPr="00BB674A">
              <w:rPr>
                <w:rFonts w:cs="Times New Roman"/>
                <w:sz w:val="22"/>
              </w:rPr>
              <w:t>Dữ liệu theo khóa</w:t>
            </w:r>
          </w:p>
        </w:tc>
        <w:tc>
          <w:tcPr>
            <w:tcW w:w="4648" w:type="dxa"/>
            <w:tcMar>
              <w:top w:w="60" w:type="dxa"/>
              <w:left w:w="70" w:type="dxa"/>
              <w:bottom w:w="60" w:type="dxa"/>
              <w:right w:w="70" w:type="dxa"/>
            </w:tcMar>
          </w:tcPr>
          <w:p w14:paraId="73A557AD" w14:textId="5764A325" w:rsidR="00FF2021" w:rsidRDefault="00FF2021" w:rsidP="00BB674A">
            <w:pPr>
              <w:rPr>
                <w:rFonts w:cs="Times New Roman"/>
                <w:sz w:val="22"/>
              </w:rPr>
            </w:pPr>
            <w:r w:rsidRPr="00FF2021">
              <w:rPr>
                <w:rFonts w:cs="Times New Roman"/>
                <w:sz w:val="22"/>
              </w:rPr>
              <w:t xml:space="preserve">N(i): số nhập học mới năm i có người tốt nghiệp trong năm; M(i): số </w:t>
            </w:r>
            <w:r w:rsidR="00B0253D">
              <w:rPr>
                <w:rFonts w:cs="Times New Roman"/>
                <w:sz w:val="22"/>
              </w:rPr>
              <w:t>người nhập học mới năm</w:t>
            </w:r>
            <w:r w:rsidRPr="00FF2021">
              <w:rPr>
                <w:rFonts w:cs="Times New Roman"/>
                <w:sz w:val="22"/>
              </w:rPr>
              <w:t xml:space="preserve"> i tốt nghiệp trong năm, không vượt quá 1,5 lần thời gian kế hoạch chuẩn.</w:t>
            </w:r>
            <w:bookmarkStart w:id="0" w:name="_GoBack"/>
            <w:bookmarkEnd w:id="0"/>
          </w:p>
          <w:p w14:paraId="5AA7BF9D" w14:textId="11E0AEFA" w:rsidR="00BB674A" w:rsidRPr="00BB674A" w:rsidRDefault="00BB674A" w:rsidP="00BB674A">
            <w:pPr>
              <w:rPr>
                <w:rFonts w:cs="Times New Roman"/>
                <w:sz w:val="22"/>
              </w:rPr>
            </w:pPr>
            <w:r w:rsidRPr="00BB674A">
              <w:rPr>
                <w:rFonts w:cs="Times New Roman"/>
                <w:sz w:val="22"/>
              </w:rPr>
              <w:t>Ví dụ: CTĐT có thời gian chuẩn 4 năm, số liệu cần tính năm 2021 thì sẽ thống kê số người học tốt nghiệp của các khóa 2015 trở về sau chia cho số nhập học tương ứng của các khóa 2015 trở về có người học tốt nghiệp</w:t>
            </w:r>
          </w:p>
        </w:tc>
      </w:tr>
      <w:tr w:rsidR="00E057C4" w:rsidRPr="00BB674A" w14:paraId="12A7CF7A" w14:textId="77777777" w:rsidTr="001F10E2">
        <w:trPr>
          <w:jc w:val="center"/>
        </w:trPr>
        <w:tc>
          <w:tcPr>
            <w:tcW w:w="567" w:type="dxa"/>
            <w:tcMar>
              <w:top w:w="60" w:type="dxa"/>
              <w:left w:w="70" w:type="dxa"/>
              <w:bottom w:w="60" w:type="dxa"/>
              <w:right w:w="70" w:type="dxa"/>
            </w:tcMar>
          </w:tcPr>
          <w:p w14:paraId="65740D80" w14:textId="77777777" w:rsidR="00E057C4" w:rsidRPr="00BB674A" w:rsidRDefault="00BB5B43">
            <w:pPr>
              <w:jc w:val="center"/>
              <w:rPr>
                <w:rFonts w:cs="Times New Roman"/>
                <w:sz w:val="22"/>
              </w:rPr>
            </w:pPr>
            <w:r w:rsidRPr="00BB674A">
              <w:rPr>
                <w:rFonts w:cs="Times New Roman"/>
                <w:sz w:val="22"/>
              </w:rPr>
              <w:t>8</w:t>
            </w:r>
          </w:p>
        </w:tc>
        <w:tc>
          <w:tcPr>
            <w:tcW w:w="2835" w:type="dxa"/>
            <w:tcMar>
              <w:top w:w="60" w:type="dxa"/>
              <w:left w:w="70" w:type="dxa"/>
              <w:bottom w:w="60" w:type="dxa"/>
              <w:right w:w="70" w:type="dxa"/>
            </w:tcMar>
          </w:tcPr>
          <w:p w14:paraId="3036D738" w14:textId="77777777" w:rsidR="00E057C4" w:rsidRPr="00BB674A" w:rsidRDefault="00BB5B43">
            <w:pPr>
              <w:rPr>
                <w:rFonts w:cs="Times New Roman"/>
                <w:sz w:val="22"/>
              </w:rPr>
            </w:pPr>
            <w:r w:rsidRPr="00BB674A">
              <w:rPr>
                <w:rFonts w:cs="Times New Roman"/>
                <w:sz w:val="22"/>
              </w:rPr>
              <w:t>Tỷ lệ tốt nghiệp đúng hạn</w:t>
            </w:r>
          </w:p>
        </w:tc>
        <w:tc>
          <w:tcPr>
            <w:tcW w:w="4082" w:type="dxa"/>
            <w:tcMar>
              <w:top w:w="60" w:type="dxa"/>
              <w:left w:w="70" w:type="dxa"/>
              <w:bottom w:w="60" w:type="dxa"/>
              <w:right w:w="70" w:type="dxa"/>
            </w:tcMar>
          </w:tcPr>
          <w:p w14:paraId="2901B547" w14:textId="77777777" w:rsidR="00E057C4" w:rsidRDefault="00BB5B43">
            <w:pPr>
              <w:rPr>
                <w:rFonts w:cs="Times New Roman"/>
                <w:sz w:val="22"/>
              </w:rPr>
            </w:pPr>
            <w:r w:rsidRPr="00BB674A">
              <w:rPr>
                <w:rFonts w:cs="Times New Roman"/>
                <w:sz w:val="22"/>
              </w:rPr>
              <w:t>Số người tốt nghiệp sớm hoặc đúng kế hoạch / Số nhập học của các khóa tương ứng × 100</w:t>
            </w:r>
            <w:r w:rsidR="0017207B" w:rsidRPr="00BB674A">
              <w:rPr>
                <w:rFonts w:cs="Times New Roman"/>
                <w:sz w:val="22"/>
              </w:rPr>
              <w:t>%</w:t>
            </w:r>
          </w:p>
          <w:p w14:paraId="42EB5284" w14:textId="5C55E6AA" w:rsidR="00FF2021" w:rsidRPr="00FF2021" w:rsidRDefault="00FF2021">
            <w:pPr>
              <w:rPr>
                <w:rFonts w:cs="Times New Roman"/>
                <w:sz w:val="22"/>
                <w:lang w:val="pt-BR"/>
              </w:rPr>
            </w:pPr>
            <w:r w:rsidRPr="00FF2021">
              <w:rPr>
                <w:rFonts w:cs="Times New Roman"/>
                <w:sz w:val="22"/>
                <w:lang w:val="pt-BR"/>
              </w:rPr>
              <w:t xml:space="preserve">Theo TT01: T1 = </w:t>
            </w:r>
            <w:r w:rsidRPr="00FF2021">
              <w:rPr>
                <w:rFonts w:cs="Times New Roman"/>
                <w:sz w:val="22"/>
              </w:rPr>
              <w:t>Σ</w:t>
            </w:r>
            <w:r w:rsidRPr="00FF2021">
              <w:rPr>
                <w:rFonts w:cs="Times New Roman"/>
                <w:sz w:val="22"/>
                <w:lang w:val="pt-BR"/>
              </w:rPr>
              <w:t xml:space="preserve"> M1(i)/N1(i)</w:t>
            </w:r>
          </w:p>
        </w:tc>
        <w:tc>
          <w:tcPr>
            <w:tcW w:w="2725" w:type="dxa"/>
            <w:tcMar>
              <w:top w:w="60" w:type="dxa"/>
              <w:left w:w="70" w:type="dxa"/>
              <w:bottom w:w="60" w:type="dxa"/>
              <w:right w:w="70" w:type="dxa"/>
            </w:tcMar>
          </w:tcPr>
          <w:p w14:paraId="58C95D41" w14:textId="77777777" w:rsidR="00E057C4" w:rsidRPr="00BB674A" w:rsidRDefault="00BB5B43">
            <w:pPr>
              <w:rPr>
                <w:rFonts w:cs="Times New Roman"/>
                <w:sz w:val="22"/>
              </w:rPr>
            </w:pPr>
            <w:r w:rsidRPr="00BB674A">
              <w:rPr>
                <w:rFonts w:cs="Times New Roman"/>
                <w:sz w:val="22"/>
              </w:rPr>
              <w:t>Dữ liệu theo khóa</w:t>
            </w:r>
          </w:p>
        </w:tc>
        <w:tc>
          <w:tcPr>
            <w:tcW w:w="4648" w:type="dxa"/>
            <w:tcMar>
              <w:top w:w="60" w:type="dxa"/>
              <w:left w:w="70" w:type="dxa"/>
              <w:bottom w:w="60" w:type="dxa"/>
              <w:right w:w="70" w:type="dxa"/>
            </w:tcMar>
          </w:tcPr>
          <w:p w14:paraId="263B09D9" w14:textId="77777777" w:rsidR="00E057C4" w:rsidRDefault="00BB5B43">
            <w:pPr>
              <w:rPr>
                <w:rFonts w:cs="Times New Roman"/>
                <w:sz w:val="22"/>
              </w:rPr>
            </w:pPr>
            <w:r w:rsidRPr="00BB674A">
              <w:rPr>
                <w:rFonts w:cs="Times New Roman"/>
                <w:sz w:val="22"/>
              </w:rPr>
              <w:t>Ghi rõ thời gian chuẩn và khóa đến hạn.</w:t>
            </w:r>
          </w:p>
          <w:p w14:paraId="400B7582" w14:textId="545CE9E4" w:rsidR="00FF2021" w:rsidRPr="00BB674A" w:rsidRDefault="00FF2021" w:rsidP="001C1DAC">
            <w:pPr>
              <w:rPr>
                <w:rFonts w:cs="Times New Roman"/>
                <w:sz w:val="22"/>
              </w:rPr>
            </w:pPr>
            <w:r w:rsidRPr="00FF2021">
              <w:rPr>
                <w:rFonts w:cs="Times New Roman"/>
                <w:sz w:val="22"/>
              </w:rPr>
              <w:t xml:space="preserve">N1(i): số nhập học mới năm i có người tốt nghiệp trong năm; M1(i): số thuộc </w:t>
            </w:r>
            <w:r w:rsidR="001C1DAC">
              <w:rPr>
                <w:rFonts w:cs="Times New Roman"/>
                <w:sz w:val="22"/>
              </w:rPr>
              <w:t>nhập học mới năm</w:t>
            </w:r>
            <w:r w:rsidRPr="00FF2021">
              <w:rPr>
                <w:rFonts w:cs="Times New Roman"/>
                <w:sz w:val="22"/>
              </w:rPr>
              <w:t xml:space="preserve"> i tốt nghiệp sớm hoặc đúng kế hoạch chuẩn.</w:t>
            </w:r>
          </w:p>
        </w:tc>
      </w:tr>
      <w:tr w:rsidR="00E057C4" w:rsidRPr="00BB674A" w14:paraId="4FDA9242" w14:textId="77777777" w:rsidTr="001F10E2">
        <w:trPr>
          <w:jc w:val="center"/>
        </w:trPr>
        <w:tc>
          <w:tcPr>
            <w:tcW w:w="567" w:type="dxa"/>
            <w:tcMar>
              <w:top w:w="60" w:type="dxa"/>
              <w:left w:w="70" w:type="dxa"/>
              <w:bottom w:w="60" w:type="dxa"/>
              <w:right w:w="70" w:type="dxa"/>
            </w:tcMar>
          </w:tcPr>
          <w:p w14:paraId="4ACF273A" w14:textId="77777777" w:rsidR="00E057C4" w:rsidRPr="00BB674A" w:rsidRDefault="00BB5B43">
            <w:pPr>
              <w:jc w:val="center"/>
              <w:rPr>
                <w:rFonts w:cs="Times New Roman"/>
                <w:sz w:val="22"/>
              </w:rPr>
            </w:pPr>
            <w:r w:rsidRPr="00BB674A">
              <w:rPr>
                <w:rFonts w:cs="Times New Roman"/>
                <w:sz w:val="22"/>
              </w:rPr>
              <w:t>9</w:t>
            </w:r>
          </w:p>
        </w:tc>
        <w:tc>
          <w:tcPr>
            <w:tcW w:w="2835" w:type="dxa"/>
            <w:tcMar>
              <w:top w:w="60" w:type="dxa"/>
              <w:left w:w="70" w:type="dxa"/>
              <w:bottom w:w="60" w:type="dxa"/>
              <w:right w:w="70" w:type="dxa"/>
            </w:tcMar>
          </w:tcPr>
          <w:p w14:paraId="0820C6D9" w14:textId="77777777" w:rsidR="00E057C4" w:rsidRPr="00BB674A" w:rsidRDefault="00BB5B43">
            <w:pPr>
              <w:rPr>
                <w:rFonts w:cs="Times New Roman"/>
                <w:sz w:val="22"/>
              </w:rPr>
            </w:pPr>
            <w:r w:rsidRPr="00BB674A">
              <w:rPr>
                <w:rFonts w:cs="Times New Roman"/>
                <w:sz w:val="22"/>
              </w:rPr>
              <w:t>Tỷ lệ người học hài lòng với giảng viên</w:t>
            </w:r>
          </w:p>
        </w:tc>
        <w:tc>
          <w:tcPr>
            <w:tcW w:w="4082" w:type="dxa"/>
            <w:tcMar>
              <w:top w:w="60" w:type="dxa"/>
              <w:left w:w="70" w:type="dxa"/>
              <w:bottom w:w="60" w:type="dxa"/>
              <w:right w:w="70" w:type="dxa"/>
            </w:tcMar>
          </w:tcPr>
          <w:p w14:paraId="6C792016" w14:textId="7EF57C20" w:rsidR="00E057C4" w:rsidRPr="00BB674A" w:rsidRDefault="00BB5B43">
            <w:pPr>
              <w:rPr>
                <w:rFonts w:cs="Times New Roman"/>
                <w:sz w:val="22"/>
              </w:rPr>
            </w:pPr>
            <w:r w:rsidRPr="00BB674A">
              <w:rPr>
                <w:rFonts w:cs="Times New Roman"/>
                <w:sz w:val="22"/>
              </w:rPr>
              <w:t>T = M/N × 100</w:t>
            </w:r>
            <w:r w:rsidR="0017207B" w:rsidRPr="00BB674A">
              <w:rPr>
                <w:rFonts w:cs="Times New Roman"/>
                <w:sz w:val="22"/>
              </w:rPr>
              <w:t>%</w:t>
            </w:r>
          </w:p>
        </w:tc>
        <w:tc>
          <w:tcPr>
            <w:tcW w:w="2725" w:type="dxa"/>
            <w:tcMar>
              <w:top w:w="60" w:type="dxa"/>
              <w:left w:w="70" w:type="dxa"/>
              <w:bottom w:w="60" w:type="dxa"/>
              <w:right w:w="70" w:type="dxa"/>
            </w:tcMar>
          </w:tcPr>
          <w:p w14:paraId="7DD0E11A" w14:textId="77777777" w:rsidR="00E057C4" w:rsidRPr="00BB674A" w:rsidRDefault="00BB5B43">
            <w:pPr>
              <w:rPr>
                <w:rFonts w:cs="Times New Roman"/>
                <w:sz w:val="22"/>
              </w:rPr>
            </w:pPr>
            <w:r w:rsidRPr="00BB674A">
              <w:rPr>
                <w:rFonts w:cs="Times New Roman"/>
                <w:sz w:val="22"/>
              </w:rPr>
              <w:t>Hệ thống khảo sát</w:t>
            </w:r>
          </w:p>
        </w:tc>
        <w:tc>
          <w:tcPr>
            <w:tcW w:w="4648" w:type="dxa"/>
            <w:tcMar>
              <w:top w:w="60" w:type="dxa"/>
              <w:left w:w="70" w:type="dxa"/>
              <w:bottom w:w="60" w:type="dxa"/>
              <w:right w:w="70" w:type="dxa"/>
            </w:tcMar>
          </w:tcPr>
          <w:p w14:paraId="51589F0D" w14:textId="77777777" w:rsidR="00E057C4" w:rsidRPr="00BB674A" w:rsidRDefault="00BB5B43">
            <w:pPr>
              <w:rPr>
                <w:rFonts w:cs="Times New Roman"/>
                <w:sz w:val="22"/>
              </w:rPr>
            </w:pPr>
            <w:r w:rsidRPr="00BB674A">
              <w:rPr>
                <w:rFonts w:cs="Times New Roman"/>
                <w:sz w:val="22"/>
              </w:rPr>
              <w:t>M: phản hồi Hài lòng/Rất hài lòng; N: phản hồi hợp lệ; báo cáo tỷ lệ phản hồi.</w:t>
            </w:r>
          </w:p>
        </w:tc>
      </w:tr>
      <w:tr w:rsidR="00E057C4" w:rsidRPr="00BB674A" w14:paraId="318B12DF" w14:textId="77777777" w:rsidTr="001F10E2">
        <w:trPr>
          <w:jc w:val="center"/>
        </w:trPr>
        <w:tc>
          <w:tcPr>
            <w:tcW w:w="567" w:type="dxa"/>
            <w:tcMar>
              <w:top w:w="60" w:type="dxa"/>
              <w:left w:w="70" w:type="dxa"/>
              <w:bottom w:w="60" w:type="dxa"/>
              <w:right w:w="70" w:type="dxa"/>
            </w:tcMar>
          </w:tcPr>
          <w:p w14:paraId="0F29D455" w14:textId="77777777" w:rsidR="00E057C4" w:rsidRPr="00BB674A" w:rsidRDefault="00BB5B43">
            <w:pPr>
              <w:jc w:val="center"/>
              <w:rPr>
                <w:rFonts w:cs="Times New Roman"/>
                <w:sz w:val="22"/>
              </w:rPr>
            </w:pPr>
            <w:r w:rsidRPr="00BB674A">
              <w:rPr>
                <w:rFonts w:cs="Times New Roman"/>
                <w:sz w:val="22"/>
              </w:rPr>
              <w:t>10</w:t>
            </w:r>
          </w:p>
        </w:tc>
        <w:tc>
          <w:tcPr>
            <w:tcW w:w="2835" w:type="dxa"/>
            <w:tcMar>
              <w:top w:w="60" w:type="dxa"/>
              <w:left w:w="70" w:type="dxa"/>
              <w:bottom w:w="60" w:type="dxa"/>
              <w:right w:w="70" w:type="dxa"/>
            </w:tcMar>
          </w:tcPr>
          <w:p w14:paraId="52C37900" w14:textId="77777777" w:rsidR="00E057C4" w:rsidRPr="00BB674A" w:rsidRDefault="00BB5B43">
            <w:pPr>
              <w:rPr>
                <w:rFonts w:cs="Times New Roman"/>
                <w:sz w:val="22"/>
              </w:rPr>
            </w:pPr>
            <w:r w:rsidRPr="00BB674A">
              <w:rPr>
                <w:rFonts w:cs="Times New Roman"/>
                <w:sz w:val="22"/>
              </w:rPr>
              <w:t>Tỷ lệ người tốt nghiệp hài lòng tổng thể</w:t>
            </w:r>
          </w:p>
        </w:tc>
        <w:tc>
          <w:tcPr>
            <w:tcW w:w="4082" w:type="dxa"/>
            <w:tcMar>
              <w:top w:w="60" w:type="dxa"/>
              <w:left w:w="70" w:type="dxa"/>
              <w:bottom w:w="60" w:type="dxa"/>
              <w:right w:w="70" w:type="dxa"/>
            </w:tcMar>
          </w:tcPr>
          <w:p w14:paraId="3005D0B7" w14:textId="52E050D7" w:rsidR="00E057C4" w:rsidRPr="00BB674A" w:rsidRDefault="00BB5B43">
            <w:pPr>
              <w:rPr>
                <w:rFonts w:cs="Times New Roman"/>
                <w:sz w:val="22"/>
              </w:rPr>
            </w:pPr>
            <w:r w:rsidRPr="00BB674A">
              <w:rPr>
                <w:rFonts w:cs="Times New Roman"/>
                <w:sz w:val="22"/>
              </w:rPr>
              <w:t>T = M/N × 100</w:t>
            </w:r>
            <w:r w:rsidR="0017207B" w:rsidRPr="00BB674A">
              <w:rPr>
                <w:rFonts w:cs="Times New Roman"/>
                <w:sz w:val="22"/>
              </w:rPr>
              <w:t>%</w:t>
            </w:r>
          </w:p>
        </w:tc>
        <w:tc>
          <w:tcPr>
            <w:tcW w:w="2725" w:type="dxa"/>
            <w:tcMar>
              <w:top w:w="60" w:type="dxa"/>
              <w:left w:w="70" w:type="dxa"/>
              <w:bottom w:w="60" w:type="dxa"/>
              <w:right w:w="70" w:type="dxa"/>
            </w:tcMar>
          </w:tcPr>
          <w:p w14:paraId="6A24BC8B" w14:textId="77777777" w:rsidR="00E057C4" w:rsidRPr="00BB674A" w:rsidRDefault="00BB5B43">
            <w:pPr>
              <w:rPr>
                <w:rFonts w:cs="Times New Roman"/>
                <w:sz w:val="22"/>
              </w:rPr>
            </w:pPr>
            <w:r w:rsidRPr="00BB674A">
              <w:rPr>
                <w:rFonts w:cs="Times New Roman"/>
                <w:sz w:val="22"/>
              </w:rPr>
              <w:t>Khảo sát người tốt nghiệp</w:t>
            </w:r>
          </w:p>
        </w:tc>
        <w:tc>
          <w:tcPr>
            <w:tcW w:w="4648" w:type="dxa"/>
            <w:tcMar>
              <w:top w:w="60" w:type="dxa"/>
              <w:left w:w="70" w:type="dxa"/>
              <w:bottom w:w="60" w:type="dxa"/>
              <w:right w:w="70" w:type="dxa"/>
            </w:tcMar>
          </w:tcPr>
          <w:p w14:paraId="1E6205F4" w14:textId="77777777" w:rsidR="00E057C4" w:rsidRPr="00BB674A" w:rsidRDefault="00BB5B43">
            <w:pPr>
              <w:rPr>
                <w:rFonts w:cs="Times New Roman"/>
                <w:sz w:val="22"/>
              </w:rPr>
            </w:pPr>
            <w:r w:rsidRPr="00BB674A">
              <w:rPr>
                <w:rFonts w:cs="Times New Roman"/>
                <w:sz w:val="22"/>
              </w:rPr>
              <w:t>Khảo sát toàn bộ người tốt nghiệp; phản hồi hợp lệ tối thiểu theo quy định.</w:t>
            </w:r>
          </w:p>
        </w:tc>
      </w:tr>
      <w:tr w:rsidR="00E057C4" w:rsidRPr="00BB674A" w14:paraId="77B7F38A" w14:textId="77777777" w:rsidTr="001F10E2">
        <w:trPr>
          <w:jc w:val="center"/>
        </w:trPr>
        <w:tc>
          <w:tcPr>
            <w:tcW w:w="567" w:type="dxa"/>
            <w:tcMar>
              <w:top w:w="60" w:type="dxa"/>
              <w:left w:w="70" w:type="dxa"/>
              <w:bottom w:w="60" w:type="dxa"/>
              <w:right w:w="70" w:type="dxa"/>
            </w:tcMar>
          </w:tcPr>
          <w:p w14:paraId="3F5FB573" w14:textId="77777777" w:rsidR="00E057C4" w:rsidRPr="00BB674A" w:rsidRDefault="00BB5B43">
            <w:pPr>
              <w:jc w:val="center"/>
              <w:rPr>
                <w:rFonts w:cs="Times New Roman"/>
                <w:sz w:val="22"/>
              </w:rPr>
            </w:pPr>
            <w:r w:rsidRPr="00BB674A">
              <w:rPr>
                <w:rFonts w:cs="Times New Roman"/>
                <w:sz w:val="22"/>
              </w:rPr>
              <w:t>11</w:t>
            </w:r>
          </w:p>
        </w:tc>
        <w:tc>
          <w:tcPr>
            <w:tcW w:w="2835" w:type="dxa"/>
            <w:tcMar>
              <w:top w:w="60" w:type="dxa"/>
              <w:left w:w="70" w:type="dxa"/>
              <w:bottom w:w="60" w:type="dxa"/>
              <w:right w:w="70" w:type="dxa"/>
            </w:tcMar>
          </w:tcPr>
          <w:p w14:paraId="55C0DEB5" w14:textId="77777777" w:rsidR="00E057C4" w:rsidRPr="00BB674A" w:rsidRDefault="00BB5B43">
            <w:pPr>
              <w:rPr>
                <w:rFonts w:cs="Times New Roman"/>
                <w:sz w:val="22"/>
              </w:rPr>
            </w:pPr>
            <w:r w:rsidRPr="00BB674A">
              <w:rPr>
                <w:rFonts w:cs="Times New Roman"/>
                <w:sz w:val="22"/>
              </w:rPr>
              <w:t>Tỷ lệ việc làm/học tiếp chuẩn hóa</w:t>
            </w:r>
          </w:p>
        </w:tc>
        <w:tc>
          <w:tcPr>
            <w:tcW w:w="4082" w:type="dxa"/>
            <w:tcMar>
              <w:top w:w="60" w:type="dxa"/>
              <w:left w:w="70" w:type="dxa"/>
              <w:bottom w:w="60" w:type="dxa"/>
              <w:right w:w="70" w:type="dxa"/>
            </w:tcMar>
          </w:tcPr>
          <w:p w14:paraId="632CAF1A" w14:textId="47446608" w:rsidR="00E057C4" w:rsidRPr="00BB674A" w:rsidRDefault="00BB5B43">
            <w:pPr>
              <w:rPr>
                <w:rFonts w:cs="Times New Roman"/>
                <w:sz w:val="22"/>
              </w:rPr>
            </w:pPr>
            <w:r w:rsidRPr="00BB674A">
              <w:rPr>
                <w:rFonts w:cs="Times New Roman"/>
                <w:sz w:val="22"/>
              </w:rPr>
              <w:t>T = N1/N × 100</w:t>
            </w:r>
            <w:r w:rsidR="00BB674A" w:rsidRPr="00BB674A">
              <w:rPr>
                <w:rFonts w:cs="Times New Roman"/>
                <w:sz w:val="22"/>
              </w:rPr>
              <w:t>%</w:t>
            </w:r>
            <w:r w:rsidRPr="00BB674A">
              <w:rPr>
                <w:rFonts w:cs="Times New Roman"/>
                <w:sz w:val="22"/>
              </w:rPr>
              <w:t>; N1 xác định theo phương pháp tại TT01/2024</w:t>
            </w:r>
          </w:p>
        </w:tc>
        <w:tc>
          <w:tcPr>
            <w:tcW w:w="2725" w:type="dxa"/>
            <w:tcMar>
              <w:top w:w="60" w:type="dxa"/>
              <w:left w:w="70" w:type="dxa"/>
              <w:bottom w:w="60" w:type="dxa"/>
              <w:right w:w="70" w:type="dxa"/>
            </w:tcMar>
          </w:tcPr>
          <w:p w14:paraId="4446611F" w14:textId="77777777" w:rsidR="00E057C4" w:rsidRPr="00BB674A" w:rsidRDefault="00BB5B43">
            <w:pPr>
              <w:rPr>
                <w:rFonts w:cs="Times New Roman"/>
                <w:sz w:val="22"/>
              </w:rPr>
            </w:pPr>
            <w:r w:rsidRPr="00BB674A">
              <w:rPr>
                <w:rFonts w:cs="Times New Roman"/>
                <w:sz w:val="22"/>
              </w:rPr>
              <w:t>Khảo sát sau 12 tháng</w:t>
            </w:r>
          </w:p>
        </w:tc>
        <w:tc>
          <w:tcPr>
            <w:tcW w:w="4648" w:type="dxa"/>
            <w:tcMar>
              <w:top w:w="60" w:type="dxa"/>
              <w:left w:w="70" w:type="dxa"/>
              <w:bottom w:w="60" w:type="dxa"/>
              <w:right w:w="70" w:type="dxa"/>
            </w:tcMar>
          </w:tcPr>
          <w:p w14:paraId="5B08B295" w14:textId="77777777" w:rsidR="00E057C4" w:rsidRPr="00BB674A" w:rsidRDefault="00BB5B43">
            <w:pPr>
              <w:rPr>
                <w:rFonts w:cs="Times New Roman"/>
                <w:sz w:val="22"/>
              </w:rPr>
            </w:pPr>
            <w:r w:rsidRPr="00BB674A">
              <w:rPr>
                <w:rFonts w:cs="Times New Roman"/>
                <w:sz w:val="22"/>
              </w:rPr>
              <w:t>Báo cáo thêm tỷ lệ quan sát M1/M và tỷ lệ phản hồi.</w:t>
            </w:r>
          </w:p>
        </w:tc>
      </w:tr>
      <w:tr w:rsidR="00E057C4" w:rsidRPr="00BB674A" w14:paraId="0B2E870C" w14:textId="77777777" w:rsidTr="001F10E2">
        <w:trPr>
          <w:jc w:val="center"/>
        </w:trPr>
        <w:tc>
          <w:tcPr>
            <w:tcW w:w="567" w:type="dxa"/>
            <w:tcMar>
              <w:top w:w="60" w:type="dxa"/>
              <w:left w:w="70" w:type="dxa"/>
              <w:bottom w:w="60" w:type="dxa"/>
              <w:right w:w="70" w:type="dxa"/>
            </w:tcMar>
          </w:tcPr>
          <w:p w14:paraId="6706E72C" w14:textId="77777777" w:rsidR="00E057C4" w:rsidRPr="00BB674A" w:rsidRDefault="00BB5B43">
            <w:pPr>
              <w:jc w:val="center"/>
              <w:rPr>
                <w:rFonts w:cs="Times New Roman"/>
                <w:sz w:val="22"/>
              </w:rPr>
            </w:pPr>
            <w:r w:rsidRPr="00BB674A">
              <w:rPr>
                <w:rFonts w:cs="Times New Roman"/>
                <w:sz w:val="22"/>
              </w:rPr>
              <w:t>12</w:t>
            </w:r>
          </w:p>
        </w:tc>
        <w:tc>
          <w:tcPr>
            <w:tcW w:w="2835" w:type="dxa"/>
            <w:tcMar>
              <w:top w:w="60" w:type="dxa"/>
              <w:left w:w="70" w:type="dxa"/>
              <w:bottom w:w="60" w:type="dxa"/>
              <w:right w:w="70" w:type="dxa"/>
            </w:tcMar>
          </w:tcPr>
          <w:p w14:paraId="0EDF6E83" w14:textId="77777777" w:rsidR="00E057C4" w:rsidRPr="00BB674A" w:rsidRDefault="00BB5B43">
            <w:pPr>
              <w:rPr>
                <w:rFonts w:cs="Times New Roman"/>
                <w:sz w:val="22"/>
              </w:rPr>
            </w:pPr>
            <w:r w:rsidRPr="00BB674A">
              <w:rPr>
                <w:rFonts w:cs="Times New Roman"/>
                <w:sz w:val="22"/>
              </w:rPr>
              <w:t>Tỷ lệ tiếp tục học bậc cao hơn</w:t>
            </w:r>
          </w:p>
        </w:tc>
        <w:tc>
          <w:tcPr>
            <w:tcW w:w="4082" w:type="dxa"/>
            <w:tcMar>
              <w:top w:w="60" w:type="dxa"/>
              <w:left w:w="70" w:type="dxa"/>
              <w:bottom w:w="60" w:type="dxa"/>
              <w:right w:w="70" w:type="dxa"/>
            </w:tcMar>
          </w:tcPr>
          <w:p w14:paraId="2C9F3DCE" w14:textId="633F65E3" w:rsidR="00E057C4" w:rsidRPr="00BB674A" w:rsidRDefault="00BB5B43">
            <w:pPr>
              <w:rPr>
                <w:rFonts w:cs="Times New Roman"/>
                <w:sz w:val="22"/>
              </w:rPr>
            </w:pPr>
            <w:r w:rsidRPr="00BB674A">
              <w:rPr>
                <w:rFonts w:cs="Times New Roman"/>
                <w:sz w:val="22"/>
              </w:rPr>
              <w:t>Số người tốt nghiệp đang học tiếp / Tổng số người tốt nghiệp có thông tin hợp lệ × 100</w:t>
            </w:r>
            <w:r w:rsidR="00BB674A" w:rsidRPr="00BB674A">
              <w:rPr>
                <w:rFonts w:cs="Times New Roman"/>
                <w:sz w:val="22"/>
              </w:rPr>
              <w:t>%</w:t>
            </w:r>
          </w:p>
        </w:tc>
        <w:tc>
          <w:tcPr>
            <w:tcW w:w="2725" w:type="dxa"/>
            <w:tcMar>
              <w:top w:w="60" w:type="dxa"/>
              <w:left w:w="70" w:type="dxa"/>
              <w:bottom w:w="60" w:type="dxa"/>
              <w:right w:w="70" w:type="dxa"/>
            </w:tcMar>
          </w:tcPr>
          <w:p w14:paraId="7412D3BC" w14:textId="77777777" w:rsidR="00E057C4" w:rsidRPr="00BB674A" w:rsidRDefault="00BB5B43">
            <w:pPr>
              <w:rPr>
                <w:rFonts w:cs="Times New Roman"/>
                <w:sz w:val="22"/>
              </w:rPr>
            </w:pPr>
            <w:r w:rsidRPr="00BB674A">
              <w:rPr>
                <w:rFonts w:cs="Times New Roman"/>
                <w:sz w:val="22"/>
              </w:rPr>
              <w:t>Khảo sát việc làm</w:t>
            </w:r>
          </w:p>
        </w:tc>
        <w:tc>
          <w:tcPr>
            <w:tcW w:w="4648" w:type="dxa"/>
            <w:tcMar>
              <w:top w:w="60" w:type="dxa"/>
              <w:left w:w="70" w:type="dxa"/>
              <w:bottom w:w="60" w:type="dxa"/>
              <w:right w:w="70" w:type="dxa"/>
            </w:tcMar>
          </w:tcPr>
          <w:p w14:paraId="1151D394" w14:textId="77777777" w:rsidR="00E057C4" w:rsidRPr="00BB674A" w:rsidRDefault="00BB5B43">
            <w:pPr>
              <w:rPr>
                <w:rFonts w:cs="Times New Roman"/>
                <w:sz w:val="22"/>
              </w:rPr>
            </w:pPr>
            <w:r w:rsidRPr="00BB674A">
              <w:rPr>
                <w:rFonts w:cs="Times New Roman"/>
                <w:sz w:val="22"/>
              </w:rPr>
              <w:t>Là thành phần của chỉ số việc làm/học tiếp; không cộng trùng.</w:t>
            </w:r>
          </w:p>
        </w:tc>
      </w:tr>
      <w:tr w:rsidR="00E057C4" w:rsidRPr="00BB674A" w14:paraId="10FAB3D5" w14:textId="77777777" w:rsidTr="001F10E2">
        <w:trPr>
          <w:jc w:val="center"/>
        </w:trPr>
        <w:tc>
          <w:tcPr>
            <w:tcW w:w="567" w:type="dxa"/>
            <w:tcMar>
              <w:top w:w="60" w:type="dxa"/>
              <w:left w:w="70" w:type="dxa"/>
              <w:bottom w:w="60" w:type="dxa"/>
              <w:right w:w="70" w:type="dxa"/>
            </w:tcMar>
          </w:tcPr>
          <w:p w14:paraId="12FF8644" w14:textId="77777777" w:rsidR="00E057C4" w:rsidRPr="00BB674A" w:rsidRDefault="00BB5B43">
            <w:pPr>
              <w:jc w:val="center"/>
              <w:rPr>
                <w:rFonts w:cs="Times New Roman"/>
                <w:sz w:val="22"/>
              </w:rPr>
            </w:pPr>
            <w:r w:rsidRPr="00BB674A">
              <w:rPr>
                <w:rFonts w:cs="Times New Roman"/>
                <w:sz w:val="22"/>
              </w:rPr>
              <w:t>13</w:t>
            </w:r>
          </w:p>
        </w:tc>
        <w:tc>
          <w:tcPr>
            <w:tcW w:w="2835" w:type="dxa"/>
            <w:tcMar>
              <w:top w:w="60" w:type="dxa"/>
              <w:left w:w="70" w:type="dxa"/>
              <w:bottom w:w="60" w:type="dxa"/>
              <w:right w:w="70" w:type="dxa"/>
            </w:tcMar>
          </w:tcPr>
          <w:p w14:paraId="6FCEAD4D" w14:textId="77777777" w:rsidR="00E057C4" w:rsidRPr="00BB674A" w:rsidRDefault="00BB5B43">
            <w:pPr>
              <w:rPr>
                <w:rFonts w:cs="Times New Roman"/>
                <w:sz w:val="22"/>
              </w:rPr>
            </w:pPr>
            <w:r w:rsidRPr="00BB674A">
              <w:rPr>
                <w:rFonts w:cs="Times New Roman"/>
                <w:sz w:val="22"/>
              </w:rPr>
              <w:t>Số người học tham gia NCKH</w:t>
            </w:r>
          </w:p>
        </w:tc>
        <w:tc>
          <w:tcPr>
            <w:tcW w:w="4082" w:type="dxa"/>
            <w:tcMar>
              <w:top w:w="60" w:type="dxa"/>
              <w:left w:w="70" w:type="dxa"/>
              <w:bottom w:w="60" w:type="dxa"/>
              <w:right w:w="70" w:type="dxa"/>
            </w:tcMar>
          </w:tcPr>
          <w:p w14:paraId="66DB5191" w14:textId="77777777" w:rsidR="00E057C4" w:rsidRPr="00BB674A" w:rsidRDefault="00BB5B43">
            <w:pPr>
              <w:rPr>
                <w:rFonts w:cs="Times New Roman"/>
                <w:sz w:val="22"/>
              </w:rPr>
            </w:pPr>
            <w:r w:rsidRPr="00BB674A">
              <w:rPr>
                <w:rFonts w:cs="Times New Roman"/>
                <w:sz w:val="22"/>
              </w:rPr>
              <w:t>Đếm số người học duy nhất tham gia ít nhất 01 đề tài/dự án/sản phẩm trong năm</w:t>
            </w:r>
          </w:p>
        </w:tc>
        <w:tc>
          <w:tcPr>
            <w:tcW w:w="2725" w:type="dxa"/>
            <w:tcMar>
              <w:top w:w="60" w:type="dxa"/>
              <w:left w:w="70" w:type="dxa"/>
              <w:bottom w:w="60" w:type="dxa"/>
              <w:right w:w="70" w:type="dxa"/>
            </w:tcMar>
          </w:tcPr>
          <w:p w14:paraId="06D5056A" w14:textId="77777777" w:rsidR="00E057C4" w:rsidRPr="00BB674A" w:rsidRDefault="00BB5B43">
            <w:pPr>
              <w:rPr>
                <w:rFonts w:cs="Times New Roman"/>
                <w:sz w:val="22"/>
              </w:rPr>
            </w:pPr>
            <w:r w:rsidRPr="00BB674A">
              <w:rPr>
                <w:rFonts w:cs="Times New Roman"/>
                <w:sz w:val="22"/>
              </w:rPr>
              <w:t>Hồ sơ KHCN</w:t>
            </w:r>
          </w:p>
        </w:tc>
        <w:tc>
          <w:tcPr>
            <w:tcW w:w="4648" w:type="dxa"/>
            <w:tcMar>
              <w:top w:w="60" w:type="dxa"/>
              <w:left w:w="70" w:type="dxa"/>
              <w:bottom w:w="60" w:type="dxa"/>
              <w:right w:w="70" w:type="dxa"/>
            </w:tcMar>
          </w:tcPr>
          <w:p w14:paraId="353D6FE7" w14:textId="77777777" w:rsidR="00E057C4" w:rsidRPr="00BB674A" w:rsidRDefault="00BB5B43">
            <w:pPr>
              <w:rPr>
                <w:rFonts w:cs="Times New Roman"/>
                <w:sz w:val="22"/>
              </w:rPr>
            </w:pPr>
            <w:r w:rsidRPr="00BB674A">
              <w:rPr>
                <w:rFonts w:cs="Times New Roman"/>
                <w:sz w:val="22"/>
              </w:rPr>
              <w:t>Sản phẩm NCKH thống kê riêng; một người chỉ tính một lần.</w:t>
            </w:r>
          </w:p>
        </w:tc>
      </w:tr>
      <w:tr w:rsidR="00E057C4" w:rsidRPr="00BB674A" w14:paraId="6C571621" w14:textId="77777777" w:rsidTr="001F10E2">
        <w:trPr>
          <w:jc w:val="center"/>
        </w:trPr>
        <w:tc>
          <w:tcPr>
            <w:tcW w:w="567" w:type="dxa"/>
            <w:tcMar>
              <w:top w:w="60" w:type="dxa"/>
              <w:left w:w="70" w:type="dxa"/>
              <w:bottom w:w="60" w:type="dxa"/>
              <w:right w:w="70" w:type="dxa"/>
            </w:tcMar>
          </w:tcPr>
          <w:p w14:paraId="7CD1ADB8" w14:textId="77777777" w:rsidR="00E057C4" w:rsidRPr="00BB674A" w:rsidRDefault="00BB5B43">
            <w:pPr>
              <w:jc w:val="center"/>
              <w:rPr>
                <w:rFonts w:cs="Times New Roman"/>
                <w:sz w:val="22"/>
              </w:rPr>
            </w:pPr>
            <w:r w:rsidRPr="00BB674A">
              <w:rPr>
                <w:rFonts w:cs="Times New Roman"/>
                <w:sz w:val="22"/>
              </w:rPr>
              <w:t>14</w:t>
            </w:r>
          </w:p>
        </w:tc>
        <w:tc>
          <w:tcPr>
            <w:tcW w:w="2835" w:type="dxa"/>
            <w:tcMar>
              <w:top w:w="60" w:type="dxa"/>
              <w:left w:w="70" w:type="dxa"/>
              <w:bottom w:w="60" w:type="dxa"/>
              <w:right w:w="70" w:type="dxa"/>
            </w:tcMar>
          </w:tcPr>
          <w:p w14:paraId="130266A7" w14:textId="77777777" w:rsidR="00E057C4" w:rsidRPr="00BB674A" w:rsidRDefault="00BB5B43">
            <w:pPr>
              <w:rPr>
                <w:rFonts w:cs="Times New Roman"/>
                <w:sz w:val="22"/>
              </w:rPr>
            </w:pPr>
            <w:r w:rsidRPr="00BB674A">
              <w:rPr>
                <w:rFonts w:cs="Times New Roman"/>
                <w:sz w:val="22"/>
              </w:rPr>
              <w:t>Tỷ lệ người học tham gia NCKH (khuyến nghị)</w:t>
            </w:r>
          </w:p>
        </w:tc>
        <w:tc>
          <w:tcPr>
            <w:tcW w:w="4082" w:type="dxa"/>
            <w:tcMar>
              <w:top w:w="60" w:type="dxa"/>
              <w:left w:w="70" w:type="dxa"/>
              <w:bottom w:w="60" w:type="dxa"/>
              <w:right w:w="70" w:type="dxa"/>
            </w:tcMar>
          </w:tcPr>
          <w:p w14:paraId="5E28E36B" w14:textId="00EB0ECF" w:rsidR="00E057C4" w:rsidRPr="00BB674A" w:rsidRDefault="00BB5B43">
            <w:pPr>
              <w:rPr>
                <w:rFonts w:cs="Times New Roman"/>
                <w:sz w:val="22"/>
              </w:rPr>
            </w:pPr>
            <w:r w:rsidRPr="00BB674A">
              <w:rPr>
                <w:rFonts w:cs="Times New Roman"/>
                <w:sz w:val="22"/>
              </w:rPr>
              <w:t>Số người học tham gia NCKH / Quy mô người học CTĐT × 100</w:t>
            </w:r>
            <w:r w:rsidR="00BB674A" w:rsidRPr="00BB674A">
              <w:rPr>
                <w:rFonts w:cs="Times New Roman"/>
                <w:sz w:val="22"/>
              </w:rPr>
              <w:t>%</w:t>
            </w:r>
          </w:p>
        </w:tc>
        <w:tc>
          <w:tcPr>
            <w:tcW w:w="2725" w:type="dxa"/>
            <w:tcMar>
              <w:top w:w="60" w:type="dxa"/>
              <w:left w:w="70" w:type="dxa"/>
              <w:bottom w:w="60" w:type="dxa"/>
              <w:right w:w="70" w:type="dxa"/>
            </w:tcMar>
          </w:tcPr>
          <w:p w14:paraId="61A95609" w14:textId="77777777" w:rsidR="00E057C4" w:rsidRPr="00BB674A" w:rsidRDefault="00BB5B43">
            <w:pPr>
              <w:rPr>
                <w:rFonts w:cs="Times New Roman"/>
                <w:sz w:val="22"/>
              </w:rPr>
            </w:pPr>
            <w:r w:rsidRPr="00BB674A">
              <w:rPr>
                <w:rFonts w:cs="Times New Roman"/>
                <w:sz w:val="22"/>
              </w:rPr>
              <w:t>KHCN + đào tạo</w:t>
            </w:r>
          </w:p>
        </w:tc>
        <w:tc>
          <w:tcPr>
            <w:tcW w:w="4648" w:type="dxa"/>
            <w:tcMar>
              <w:top w:w="60" w:type="dxa"/>
              <w:left w:w="70" w:type="dxa"/>
              <w:bottom w:w="60" w:type="dxa"/>
              <w:right w:w="70" w:type="dxa"/>
            </w:tcMar>
          </w:tcPr>
          <w:p w14:paraId="38569320" w14:textId="038E33BC" w:rsidR="00E057C4" w:rsidRPr="00BB674A" w:rsidRDefault="00BB5B43">
            <w:pPr>
              <w:rPr>
                <w:rFonts w:cs="Times New Roman"/>
                <w:sz w:val="22"/>
              </w:rPr>
            </w:pPr>
            <w:r w:rsidRPr="00BB674A">
              <w:rPr>
                <w:rFonts w:cs="Times New Roman"/>
                <w:sz w:val="22"/>
              </w:rPr>
              <w:t>Dùng khi mẫu số được xác định thống nhất</w:t>
            </w:r>
            <w:r w:rsidR="001C1DAC">
              <w:rPr>
                <w:rFonts w:cs="Times New Roman"/>
                <w:sz w:val="22"/>
              </w:rPr>
              <w:t xml:space="preserve"> (quy mô người học được tính vào thời điểm cuối năm/năm học theo thống kê NCKH theo năm/năm học, cần ghi rõ cách thống kê)</w:t>
            </w:r>
            <w:r w:rsidRPr="00BB674A">
              <w:rPr>
                <w:rFonts w:cs="Times New Roman"/>
                <w:sz w:val="22"/>
              </w:rPr>
              <w:t>.</w:t>
            </w:r>
          </w:p>
        </w:tc>
      </w:tr>
      <w:tr w:rsidR="00E057C4" w:rsidRPr="00BB674A" w14:paraId="545F7B08" w14:textId="77777777" w:rsidTr="001F10E2">
        <w:trPr>
          <w:jc w:val="center"/>
        </w:trPr>
        <w:tc>
          <w:tcPr>
            <w:tcW w:w="567" w:type="dxa"/>
            <w:tcMar>
              <w:top w:w="60" w:type="dxa"/>
              <w:left w:w="70" w:type="dxa"/>
              <w:bottom w:w="60" w:type="dxa"/>
              <w:right w:w="70" w:type="dxa"/>
            </w:tcMar>
          </w:tcPr>
          <w:p w14:paraId="63F8D238" w14:textId="77777777" w:rsidR="00E057C4" w:rsidRPr="00BB674A" w:rsidRDefault="00BB5B43">
            <w:pPr>
              <w:jc w:val="center"/>
              <w:rPr>
                <w:rFonts w:cs="Times New Roman"/>
                <w:sz w:val="22"/>
              </w:rPr>
            </w:pPr>
            <w:r w:rsidRPr="00BB674A">
              <w:rPr>
                <w:rFonts w:cs="Times New Roman"/>
                <w:sz w:val="22"/>
              </w:rPr>
              <w:t>15</w:t>
            </w:r>
          </w:p>
        </w:tc>
        <w:tc>
          <w:tcPr>
            <w:tcW w:w="2835" w:type="dxa"/>
            <w:tcMar>
              <w:top w:w="60" w:type="dxa"/>
              <w:left w:w="70" w:type="dxa"/>
              <w:bottom w:w="60" w:type="dxa"/>
              <w:right w:w="70" w:type="dxa"/>
            </w:tcMar>
          </w:tcPr>
          <w:p w14:paraId="5BA58D47" w14:textId="77777777" w:rsidR="00E057C4" w:rsidRPr="00BB674A" w:rsidRDefault="00BB5B43">
            <w:pPr>
              <w:rPr>
                <w:rFonts w:cs="Times New Roman"/>
                <w:sz w:val="22"/>
              </w:rPr>
            </w:pPr>
            <w:r w:rsidRPr="00BB674A">
              <w:rPr>
                <w:rFonts w:cs="Times New Roman"/>
                <w:sz w:val="22"/>
              </w:rPr>
              <w:t>Tỷ lệ theo mức kết quả học tập</w:t>
            </w:r>
          </w:p>
        </w:tc>
        <w:tc>
          <w:tcPr>
            <w:tcW w:w="4082" w:type="dxa"/>
            <w:tcMar>
              <w:top w:w="60" w:type="dxa"/>
              <w:left w:w="70" w:type="dxa"/>
              <w:bottom w:w="60" w:type="dxa"/>
              <w:right w:w="70" w:type="dxa"/>
            </w:tcMar>
          </w:tcPr>
          <w:p w14:paraId="7929BBF3" w14:textId="25AA63A2" w:rsidR="00E057C4" w:rsidRPr="00BB674A" w:rsidRDefault="00BB5B43">
            <w:pPr>
              <w:rPr>
                <w:rFonts w:cs="Times New Roman"/>
                <w:sz w:val="22"/>
              </w:rPr>
            </w:pPr>
            <w:r w:rsidRPr="00BB674A">
              <w:rPr>
                <w:rFonts w:cs="Times New Roman"/>
                <w:sz w:val="22"/>
              </w:rPr>
              <w:t>Số người ở từng mức / Tổng số người được xếp loại × 100</w:t>
            </w:r>
            <w:r w:rsidR="00BB674A" w:rsidRPr="00BB674A">
              <w:rPr>
                <w:rFonts w:cs="Times New Roman"/>
                <w:sz w:val="22"/>
              </w:rPr>
              <w:t>%</w:t>
            </w:r>
          </w:p>
        </w:tc>
        <w:tc>
          <w:tcPr>
            <w:tcW w:w="2725" w:type="dxa"/>
            <w:tcMar>
              <w:top w:w="60" w:type="dxa"/>
              <w:left w:w="70" w:type="dxa"/>
              <w:bottom w:w="60" w:type="dxa"/>
              <w:right w:w="70" w:type="dxa"/>
            </w:tcMar>
          </w:tcPr>
          <w:p w14:paraId="511C4D57" w14:textId="74E17A76" w:rsidR="00E057C4" w:rsidRPr="00BB674A" w:rsidRDefault="00BB5B43">
            <w:pPr>
              <w:rPr>
                <w:rFonts w:cs="Times New Roman"/>
                <w:sz w:val="22"/>
              </w:rPr>
            </w:pPr>
            <w:r w:rsidRPr="00BB674A">
              <w:rPr>
                <w:rFonts w:cs="Times New Roman"/>
                <w:sz w:val="22"/>
              </w:rPr>
              <w:t>Kết quả học tập</w:t>
            </w:r>
            <w:r w:rsidR="001C1DAC">
              <w:rPr>
                <w:rFonts w:cs="Times New Roman"/>
                <w:sz w:val="22"/>
              </w:rPr>
              <w:t xml:space="preserve"> theo năm học</w:t>
            </w:r>
          </w:p>
        </w:tc>
        <w:tc>
          <w:tcPr>
            <w:tcW w:w="4648" w:type="dxa"/>
            <w:tcMar>
              <w:top w:w="60" w:type="dxa"/>
              <w:left w:w="70" w:type="dxa"/>
              <w:bottom w:w="60" w:type="dxa"/>
              <w:right w:w="70" w:type="dxa"/>
            </w:tcMar>
          </w:tcPr>
          <w:p w14:paraId="45CFEA62" w14:textId="77777777" w:rsidR="00E057C4" w:rsidRPr="00BB674A" w:rsidRDefault="00BB5B43">
            <w:pPr>
              <w:rPr>
                <w:rFonts w:cs="Times New Roman"/>
                <w:sz w:val="22"/>
              </w:rPr>
            </w:pPr>
            <w:r w:rsidRPr="00BB674A">
              <w:rPr>
                <w:rFonts w:cs="Times New Roman"/>
                <w:sz w:val="22"/>
              </w:rPr>
              <w:t>Các mức loại trừ nhau; tổng số lượng phải cân bằng.</w:t>
            </w:r>
          </w:p>
        </w:tc>
      </w:tr>
      <w:tr w:rsidR="00E04B25" w:rsidRPr="00BB674A" w14:paraId="7C7F1DFE" w14:textId="77777777" w:rsidTr="003B4654">
        <w:trPr>
          <w:jc w:val="center"/>
        </w:trPr>
        <w:tc>
          <w:tcPr>
            <w:tcW w:w="567" w:type="dxa"/>
            <w:tcMar>
              <w:top w:w="60" w:type="dxa"/>
              <w:left w:w="70" w:type="dxa"/>
              <w:bottom w:w="60" w:type="dxa"/>
              <w:right w:w="70" w:type="dxa"/>
            </w:tcMar>
          </w:tcPr>
          <w:p w14:paraId="00F2658D" w14:textId="4FE87CAA" w:rsidR="00E04B25" w:rsidRPr="00BB674A" w:rsidRDefault="00E04B25" w:rsidP="00E04B25">
            <w:pPr>
              <w:jc w:val="center"/>
              <w:rPr>
                <w:rFonts w:cs="Times New Roman"/>
                <w:sz w:val="22"/>
              </w:rPr>
            </w:pPr>
            <w:r>
              <w:rPr>
                <w:rFonts w:cs="Times New Roman"/>
                <w:sz w:val="22"/>
              </w:rPr>
              <w:t>16</w:t>
            </w:r>
          </w:p>
        </w:tc>
        <w:tc>
          <w:tcPr>
            <w:tcW w:w="2835" w:type="dxa"/>
            <w:tcMar>
              <w:top w:w="60" w:type="dxa"/>
              <w:left w:w="70" w:type="dxa"/>
              <w:bottom w:w="60" w:type="dxa"/>
              <w:right w:w="70" w:type="dxa"/>
            </w:tcMar>
            <w:vAlign w:val="center"/>
          </w:tcPr>
          <w:p w14:paraId="6E2E85EC" w14:textId="7681DD7D" w:rsidR="00E04B25" w:rsidRPr="00E04B25" w:rsidRDefault="00E04B25" w:rsidP="00E04B25">
            <w:pPr>
              <w:rPr>
                <w:rFonts w:cs="Times New Roman"/>
                <w:sz w:val="22"/>
              </w:rPr>
            </w:pPr>
            <w:r w:rsidRPr="00E04B25">
              <w:rPr>
                <w:sz w:val="22"/>
              </w:rPr>
              <w:t>Số công bố khoa học của GVTTG tham gia CTĐT</w:t>
            </w:r>
          </w:p>
        </w:tc>
        <w:tc>
          <w:tcPr>
            <w:tcW w:w="4082" w:type="dxa"/>
            <w:tcMar>
              <w:top w:w="60" w:type="dxa"/>
              <w:left w:w="70" w:type="dxa"/>
              <w:bottom w:w="60" w:type="dxa"/>
              <w:right w:w="70" w:type="dxa"/>
            </w:tcMar>
            <w:vAlign w:val="center"/>
          </w:tcPr>
          <w:p w14:paraId="09D49551" w14:textId="6F1AED9B" w:rsidR="00E04B25" w:rsidRPr="00E04B25" w:rsidRDefault="00E04B25" w:rsidP="00E04B25">
            <w:pPr>
              <w:rPr>
                <w:rFonts w:cs="Times New Roman"/>
                <w:sz w:val="22"/>
              </w:rPr>
            </w:pPr>
            <w:r w:rsidRPr="00E04B25">
              <w:rPr>
                <w:sz w:val="22"/>
              </w:rPr>
              <w:t>Đếm số công bố hợp lệ của danh sách GVTTG tham gia CTĐT trong năm</w:t>
            </w:r>
          </w:p>
        </w:tc>
        <w:tc>
          <w:tcPr>
            <w:tcW w:w="2725" w:type="dxa"/>
            <w:tcMar>
              <w:top w:w="60" w:type="dxa"/>
              <w:left w:w="70" w:type="dxa"/>
              <w:bottom w:w="60" w:type="dxa"/>
              <w:right w:w="70" w:type="dxa"/>
            </w:tcMar>
            <w:vAlign w:val="center"/>
          </w:tcPr>
          <w:p w14:paraId="3B70F6B4" w14:textId="771A5468" w:rsidR="00E04B25" w:rsidRPr="00E04B25" w:rsidRDefault="00E04B25" w:rsidP="00E04B25">
            <w:pPr>
              <w:rPr>
                <w:rFonts w:cs="Times New Roman"/>
                <w:sz w:val="22"/>
              </w:rPr>
            </w:pPr>
            <w:r w:rsidRPr="00E04B25">
              <w:rPr>
                <w:sz w:val="22"/>
              </w:rPr>
              <w:t>KHCN + danh sách GVTTG</w:t>
            </w:r>
          </w:p>
        </w:tc>
        <w:tc>
          <w:tcPr>
            <w:tcW w:w="4648" w:type="dxa"/>
            <w:tcMar>
              <w:top w:w="60" w:type="dxa"/>
              <w:left w:w="70" w:type="dxa"/>
              <w:bottom w:w="60" w:type="dxa"/>
              <w:right w:w="70" w:type="dxa"/>
            </w:tcMar>
            <w:vAlign w:val="center"/>
          </w:tcPr>
          <w:p w14:paraId="77B52CA8" w14:textId="482518C9" w:rsidR="00E04B25" w:rsidRPr="00E04B25" w:rsidRDefault="00E04B25" w:rsidP="00E04B25">
            <w:pPr>
              <w:rPr>
                <w:rFonts w:cs="Times New Roman"/>
                <w:sz w:val="22"/>
              </w:rPr>
            </w:pPr>
            <w:r w:rsidRPr="00E04B25">
              <w:rPr>
                <w:sz w:val="22"/>
              </w:rPr>
              <w:t>Một công bố chỉ tính một lần trong cùng CTĐT; không cộng cơ học số liệu các CTĐT để suy ra tổng Trường.</w:t>
            </w:r>
          </w:p>
        </w:tc>
      </w:tr>
      <w:tr w:rsidR="00E04B25" w:rsidRPr="00BB674A" w14:paraId="704B7CE9" w14:textId="77777777" w:rsidTr="003B4654">
        <w:trPr>
          <w:jc w:val="center"/>
        </w:trPr>
        <w:tc>
          <w:tcPr>
            <w:tcW w:w="567" w:type="dxa"/>
            <w:tcMar>
              <w:top w:w="60" w:type="dxa"/>
              <w:left w:w="70" w:type="dxa"/>
              <w:bottom w:w="60" w:type="dxa"/>
              <w:right w:w="70" w:type="dxa"/>
            </w:tcMar>
          </w:tcPr>
          <w:p w14:paraId="12C95237" w14:textId="0E999532" w:rsidR="00E04B25" w:rsidRPr="00BB674A" w:rsidRDefault="00E04B25" w:rsidP="00E04B25">
            <w:pPr>
              <w:jc w:val="center"/>
              <w:rPr>
                <w:rFonts w:cs="Times New Roman"/>
                <w:sz w:val="22"/>
              </w:rPr>
            </w:pPr>
            <w:r>
              <w:rPr>
                <w:rFonts w:cs="Times New Roman"/>
                <w:sz w:val="22"/>
              </w:rPr>
              <w:lastRenderedPageBreak/>
              <w:t>17</w:t>
            </w:r>
          </w:p>
        </w:tc>
        <w:tc>
          <w:tcPr>
            <w:tcW w:w="2835" w:type="dxa"/>
            <w:tcMar>
              <w:top w:w="60" w:type="dxa"/>
              <w:left w:w="70" w:type="dxa"/>
              <w:bottom w:w="60" w:type="dxa"/>
              <w:right w:w="70" w:type="dxa"/>
            </w:tcMar>
            <w:vAlign w:val="center"/>
          </w:tcPr>
          <w:p w14:paraId="5063C3EC" w14:textId="5234AC5D" w:rsidR="00E04B25" w:rsidRPr="00E04B25" w:rsidRDefault="00E04B25" w:rsidP="00E04B25">
            <w:pPr>
              <w:rPr>
                <w:rFonts w:cs="Times New Roman"/>
                <w:sz w:val="22"/>
              </w:rPr>
            </w:pPr>
            <w:r w:rsidRPr="00E04B25">
              <w:rPr>
                <w:sz w:val="22"/>
              </w:rPr>
              <w:t>Số công bố WoS/Scopus của GVTTG tham gia CTĐT</w:t>
            </w:r>
          </w:p>
        </w:tc>
        <w:tc>
          <w:tcPr>
            <w:tcW w:w="4082" w:type="dxa"/>
            <w:tcMar>
              <w:top w:w="60" w:type="dxa"/>
              <w:left w:w="70" w:type="dxa"/>
              <w:bottom w:w="60" w:type="dxa"/>
              <w:right w:w="70" w:type="dxa"/>
            </w:tcMar>
            <w:vAlign w:val="center"/>
          </w:tcPr>
          <w:p w14:paraId="1E601A90" w14:textId="49C5415A" w:rsidR="00E04B25" w:rsidRPr="00E04B25" w:rsidRDefault="00E04B25" w:rsidP="00E04B25">
            <w:pPr>
              <w:rPr>
                <w:rFonts w:cs="Times New Roman"/>
                <w:sz w:val="22"/>
              </w:rPr>
            </w:pPr>
            <w:r w:rsidRPr="00E04B25">
              <w:rPr>
                <w:sz w:val="22"/>
              </w:rPr>
              <w:t>Đếm công bố hợp lệ được lập chỉ mục WoS/Scopus trong năm</w:t>
            </w:r>
          </w:p>
        </w:tc>
        <w:tc>
          <w:tcPr>
            <w:tcW w:w="2725" w:type="dxa"/>
            <w:tcMar>
              <w:top w:w="60" w:type="dxa"/>
              <w:left w:w="70" w:type="dxa"/>
              <w:bottom w:w="60" w:type="dxa"/>
              <w:right w:w="70" w:type="dxa"/>
            </w:tcMar>
            <w:vAlign w:val="center"/>
          </w:tcPr>
          <w:p w14:paraId="67E7DA61" w14:textId="2F69042B" w:rsidR="00E04B25" w:rsidRPr="00E04B25" w:rsidRDefault="00E04B25" w:rsidP="00E04B25">
            <w:pPr>
              <w:rPr>
                <w:rFonts w:cs="Times New Roman"/>
                <w:sz w:val="22"/>
              </w:rPr>
            </w:pPr>
            <w:r w:rsidRPr="00E04B25">
              <w:rPr>
                <w:sz w:val="22"/>
              </w:rPr>
              <w:t>KHCN/CSDL chỉ mục</w:t>
            </w:r>
          </w:p>
        </w:tc>
        <w:tc>
          <w:tcPr>
            <w:tcW w:w="4648" w:type="dxa"/>
            <w:tcMar>
              <w:top w:w="60" w:type="dxa"/>
              <w:left w:w="70" w:type="dxa"/>
              <w:bottom w:w="60" w:type="dxa"/>
              <w:right w:w="70" w:type="dxa"/>
            </w:tcMar>
            <w:vAlign w:val="center"/>
          </w:tcPr>
          <w:p w14:paraId="44B1B3CC" w14:textId="6AD1C3BB" w:rsidR="00E04B25" w:rsidRPr="00E04B25" w:rsidRDefault="00E04B25" w:rsidP="00E04B25">
            <w:pPr>
              <w:rPr>
                <w:rFonts w:cs="Times New Roman"/>
                <w:sz w:val="22"/>
              </w:rPr>
            </w:pPr>
            <w:r w:rsidRPr="00E04B25">
              <w:rPr>
                <w:sz w:val="22"/>
              </w:rPr>
              <w:t>Có DOI/ISSN hoặc định danh và minh chứng chỉ mục; không tính trùng.</w:t>
            </w:r>
          </w:p>
        </w:tc>
      </w:tr>
      <w:tr w:rsidR="00E04B25" w:rsidRPr="00BB674A" w14:paraId="588C04B6" w14:textId="77777777" w:rsidTr="003B4654">
        <w:trPr>
          <w:jc w:val="center"/>
        </w:trPr>
        <w:tc>
          <w:tcPr>
            <w:tcW w:w="567" w:type="dxa"/>
            <w:tcMar>
              <w:top w:w="60" w:type="dxa"/>
              <w:left w:w="70" w:type="dxa"/>
              <w:bottom w:w="60" w:type="dxa"/>
              <w:right w:w="70" w:type="dxa"/>
            </w:tcMar>
          </w:tcPr>
          <w:p w14:paraId="48B0D62F" w14:textId="76244611" w:rsidR="00E04B25" w:rsidRPr="00BB674A" w:rsidRDefault="00E04B25" w:rsidP="00E04B25">
            <w:pPr>
              <w:jc w:val="center"/>
              <w:rPr>
                <w:rFonts w:cs="Times New Roman"/>
                <w:sz w:val="22"/>
              </w:rPr>
            </w:pPr>
            <w:r>
              <w:rPr>
                <w:rFonts w:cs="Times New Roman"/>
                <w:sz w:val="22"/>
              </w:rPr>
              <w:t>18</w:t>
            </w:r>
          </w:p>
        </w:tc>
        <w:tc>
          <w:tcPr>
            <w:tcW w:w="2835" w:type="dxa"/>
            <w:tcMar>
              <w:top w:w="60" w:type="dxa"/>
              <w:left w:w="70" w:type="dxa"/>
              <w:bottom w:w="60" w:type="dxa"/>
              <w:right w:w="70" w:type="dxa"/>
            </w:tcMar>
            <w:vAlign w:val="center"/>
          </w:tcPr>
          <w:p w14:paraId="4315AE74" w14:textId="0C4EBC2C" w:rsidR="00E04B25" w:rsidRPr="00E04B25" w:rsidRDefault="00E04B25" w:rsidP="00E04B25">
            <w:pPr>
              <w:rPr>
                <w:rFonts w:cs="Times New Roman"/>
                <w:sz w:val="22"/>
              </w:rPr>
            </w:pPr>
            <w:r w:rsidRPr="00E04B25">
              <w:rPr>
                <w:sz w:val="22"/>
              </w:rPr>
              <w:t>Năng suất công bố/GVTTG (bổ sung)</w:t>
            </w:r>
          </w:p>
        </w:tc>
        <w:tc>
          <w:tcPr>
            <w:tcW w:w="4082" w:type="dxa"/>
            <w:tcMar>
              <w:top w:w="60" w:type="dxa"/>
              <w:left w:w="70" w:type="dxa"/>
              <w:bottom w:w="60" w:type="dxa"/>
              <w:right w:w="70" w:type="dxa"/>
            </w:tcMar>
            <w:vAlign w:val="center"/>
          </w:tcPr>
          <w:p w14:paraId="31D268C4" w14:textId="351842CC" w:rsidR="00E04B25" w:rsidRPr="00E04B25" w:rsidRDefault="00E04B25" w:rsidP="00E04B25">
            <w:pPr>
              <w:rPr>
                <w:rFonts w:cs="Times New Roman"/>
                <w:sz w:val="22"/>
              </w:rPr>
            </w:pPr>
            <w:r w:rsidRPr="00E04B25">
              <w:rPr>
                <w:sz w:val="22"/>
              </w:rPr>
              <w:t>Số công bố hợp lệ của CT</w:t>
            </w:r>
            <w:r w:rsidR="001C1DAC">
              <w:rPr>
                <w:sz w:val="22"/>
              </w:rPr>
              <w:t>ĐT / Số GVTTG tham gia CTĐT</w:t>
            </w:r>
          </w:p>
        </w:tc>
        <w:tc>
          <w:tcPr>
            <w:tcW w:w="2725" w:type="dxa"/>
            <w:tcMar>
              <w:top w:w="60" w:type="dxa"/>
              <w:left w:w="70" w:type="dxa"/>
              <w:bottom w:w="60" w:type="dxa"/>
              <w:right w:w="70" w:type="dxa"/>
            </w:tcMar>
            <w:vAlign w:val="center"/>
          </w:tcPr>
          <w:p w14:paraId="7009EBC3" w14:textId="5C1CE455" w:rsidR="00E04B25" w:rsidRPr="00E04B25" w:rsidRDefault="00E04B25" w:rsidP="00E04B25">
            <w:pPr>
              <w:rPr>
                <w:rFonts w:cs="Times New Roman"/>
                <w:sz w:val="22"/>
              </w:rPr>
            </w:pPr>
            <w:r w:rsidRPr="00E04B25">
              <w:rPr>
                <w:sz w:val="22"/>
              </w:rPr>
              <w:t>KHCN + nhân sự</w:t>
            </w:r>
          </w:p>
        </w:tc>
        <w:tc>
          <w:tcPr>
            <w:tcW w:w="4648" w:type="dxa"/>
            <w:tcMar>
              <w:top w:w="60" w:type="dxa"/>
              <w:left w:w="70" w:type="dxa"/>
              <w:bottom w:w="60" w:type="dxa"/>
              <w:right w:w="70" w:type="dxa"/>
            </w:tcMar>
            <w:vAlign w:val="center"/>
          </w:tcPr>
          <w:p w14:paraId="47A67965" w14:textId="77784FE3" w:rsidR="00E04B25" w:rsidRPr="00E04B25" w:rsidRDefault="00E04B25" w:rsidP="00E04B25">
            <w:pPr>
              <w:rPr>
                <w:rFonts w:cs="Times New Roman"/>
                <w:sz w:val="22"/>
              </w:rPr>
            </w:pPr>
            <w:r w:rsidRPr="00E04B25">
              <w:rPr>
                <w:sz w:val="22"/>
              </w:rPr>
              <w:t>Dùng cho phân tích xu hướng/đối sánh; cùng kỳ và cùng quy tắc đếm.</w:t>
            </w:r>
            <w:r w:rsidR="001C1DAC">
              <w:rPr>
                <w:sz w:val="22"/>
              </w:rPr>
              <w:t xml:space="preserve"> Số công bố quy đổi theo mục 6.2.1 của TT01/2024. </w:t>
            </w:r>
          </w:p>
        </w:tc>
      </w:tr>
    </w:tbl>
    <w:p w14:paraId="06DDDF8C" w14:textId="2522D58E" w:rsidR="00E057C4" w:rsidRDefault="00BB5B43">
      <w:pPr>
        <w:spacing w:after="80"/>
      </w:pPr>
      <w:r>
        <w:rPr>
          <w:i/>
          <w:sz w:val="21"/>
        </w:rPr>
        <w:t>Ghi chú: Công thức pháp lý được áp dụng theo văn bản hiện hành tại thời điểm báo cáo. Khi văn bản thay đổi, Phòng Quản lý chất lượng cập nhật phiên bản từ điển chỉ số và thông báo áp dụng; đơn vị không tự sửa công thức</w:t>
      </w:r>
      <w:r w:rsidR="001F10E2">
        <w:rPr>
          <w:i/>
          <w:sz w:val="21"/>
        </w:rPr>
        <w:t>.</w:t>
      </w:r>
    </w:p>
    <w:p w14:paraId="08D5A08E" w14:textId="77777777" w:rsidR="00E057C4" w:rsidRDefault="00E057C4">
      <w:pPr>
        <w:sectPr w:rsidR="00E057C4">
          <w:footerReference w:type="default" r:id="rId9"/>
          <w:pgSz w:w="16838" w:h="11906" w:orient="landscape"/>
          <w:pgMar w:top="1020" w:right="1134" w:bottom="1020" w:left="1134" w:header="567" w:footer="567" w:gutter="0"/>
          <w:cols w:space="720"/>
          <w:docGrid w:linePitch="360"/>
        </w:sectPr>
      </w:pPr>
    </w:p>
    <w:p w14:paraId="067D1EE3" w14:textId="77777777" w:rsidR="00E057C4" w:rsidRDefault="00BB5B43">
      <w:pPr>
        <w:spacing w:after="40"/>
        <w:jc w:val="center"/>
      </w:pPr>
      <w:r>
        <w:rPr>
          <w:b/>
          <w:sz w:val="28"/>
        </w:rPr>
        <w:lastRenderedPageBreak/>
        <w:t>PHỤ LỤC 3</w:t>
      </w:r>
    </w:p>
    <w:p w14:paraId="09169FE4" w14:textId="77777777" w:rsidR="00E057C4" w:rsidRDefault="00BB5B43">
      <w:pPr>
        <w:spacing w:after="40"/>
        <w:jc w:val="center"/>
      </w:pPr>
      <w:r>
        <w:rPr>
          <w:b/>
        </w:rPr>
        <w:t>MẪU BÁO CÁO SO CHUẨN, ĐỐI SÁNH CHẤT LƯỢNG CTĐT</w:t>
      </w:r>
    </w:p>
    <w:p w14:paraId="4400B4DC" w14:textId="77777777" w:rsidR="00E057C4" w:rsidRDefault="00BB5B43">
      <w:pPr>
        <w:spacing w:after="120"/>
        <w:jc w:val="center"/>
      </w:pPr>
      <w:r>
        <w:rPr>
          <w:i/>
          <w:sz w:val="23"/>
        </w:rPr>
        <w:t xml:space="preserve">(Kèm theo Hướng dẫn số .../HD-ĐHTN ngày </w:t>
      </w:r>
      <w:proofErr w:type="gramStart"/>
      <w:r>
        <w:rPr>
          <w:i/>
          <w:sz w:val="23"/>
        </w:rPr>
        <w:t>.....</w:t>
      </w:r>
      <w:proofErr w:type="gramEnd"/>
      <w:r>
        <w:rPr>
          <w:i/>
          <w:sz w:val="23"/>
        </w:rPr>
        <w:t xml:space="preserve"> tháng 8 năm 2026 của Trường Đại học Tây Nguyên)</w:t>
      </w:r>
    </w:p>
    <w:p w14:paraId="6A273D40" w14:textId="77777777" w:rsidR="00E057C4" w:rsidRDefault="00BB5B43">
      <w:pPr>
        <w:spacing w:after="80"/>
      </w:pPr>
      <w:r>
        <w:rPr>
          <w:sz w:val="23"/>
        </w:rPr>
        <w:t>Tên CTĐT: ...............................................................................  Trình độ: ............................  Đơn vị quản lý: ............................................................</w:t>
      </w:r>
    </w:p>
    <w:p w14:paraId="7E65BE93" w14:textId="77777777" w:rsidR="00E057C4" w:rsidRDefault="00BB5B43">
      <w:pPr>
        <w:keepNext/>
        <w:spacing w:before="100" w:after="60" w:line="240" w:lineRule="auto"/>
      </w:pPr>
      <w:r>
        <w:rPr>
          <w:b/>
        </w:rPr>
        <w:t>1. Tóm tắt điều hành</w:t>
      </w:r>
    </w:p>
    <w:p w14:paraId="204D170C" w14:textId="77777777" w:rsidR="00E057C4" w:rsidRDefault="00BB5B43">
      <w:pPr>
        <w:spacing w:after="80"/>
        <w:ind w:firstLine="567"/>
        <w:jc w:val="both"/>
      </w:pPr>
      <w:r>
        <w:rPr>
          <w:sz w:val="23"/>
        </w:rPr>
        <w:t>Nêu trong khoảng 01 trang: mức độ hoàn thành dữ liệu; kết quả nổi bật; khoảng cách/rủi ro trọng yếu; 03-05 ưu tiên cải tiến.</w:t>
      </w:r>
    </w:p>
    <w:p w14:paraId="4879F4C3" w14:textId="77777777" w:rsidR="00E057C4" w:rsidRDefault="00BB5B43">
      <w:pPr>
        <w:keepNext/>
        <w:spacing w:before="100" w:after="60" w:line="240" w:lineRule="auto"/>
      </w:pPr>
      <w:r>
        <w:rPr>
          <w:b/>
        </w:rPr>
        <w:t>2. Phạm vi và phương pháp</w:t>
      </w:r>
    </w:p>
    <w:tbl>
      <w:tblPr>
        <w:tblStyle w:val="TableGrid"/>
        <w:tblW w:w="0" w:type="auto"/>
        <w:jc w:val="center"/>
        <w:tblLayout w:type="fixed"/>
        <w:tblLook w:val="04A0" w:firstRow="1" w:lastRow="0" w:firstColumn="1" w:lastColumn="0" w:noHBand="0" w:noVBand="1"/>
      </w:tblPr>
      <w:tblGrid>
        <w:gridCol w:w="3118"/>
        <w:gridCol w:w="11340"/>
      </w:tblGrid>
      <w:tr w:rsidR="00E057C4" w14:paraId="4F0C17F0" w14:textId="77777777">
        <w:trPr>
          <w:tblHeader/>
          <w:jc w:val="center"/>
        </w:trPr>
        <w:tc>
          <w:tcPr>
            <w:tcW w:w="3118" w:type="dxa"/>
            <w:shd w:val="clear" w:color="auto" w:fill="D9E1F2"/>
            <w:tcMar>
              <w:top w:w="70" w:type="dxa"/>
              <w:left w:w="70" w:type="dxa"/>
              <w:bottom w:w="70" w:type="dxa"/>
              <w:right w:w="70" w:type="dxa"/>
            </w:tcMar>
            <w:vAlign w:val="center"/>
          </w:tcPr>
          <w:p w14:paraId="09AFA8AC" w14:textId="77777777" w:rsidR="00E057C4" w:rsidRDefault="00BB5B43">
            <w:pPr>
              <w:jc w:val="center"/>
            </w:pPr>
            <w:r>
              <w:rPr>
                <w:b/>
                <w:sz w:val="21"/>
              </w:rPr>
              <w:t>Nội dung</w:t>
            </w:r>
          </w:p>
        </w:tc>
        <w:tc>
          <w:tcPr>
            <w:tcW w:w="11340" w:type="dxa"/>
            <w:shd w:val="clear" w:color="auto" w:fill="D9E1F2"/>
            <w:tcMar>
              <w:top w:w="70" w:type="dxa"/>
              <w:left w:w="70" w:type="dxa"/>
              <w:bottom w:w="70" w:type="dxa"/>
              <w:right w:w="70" w:type="dxa"/>
            </w:tcMar>
            <w:vAlign w:val="center"/>
          </w:tcPr>
          <w:p w14:paraId="32E67B11" w14:textId="77777777" w:rsidR="00E057C4" w:rsidRDefault="00BB5B43">
            <w:pPr>
              <w:jc w:val="center"/>
            </w:pPr>
            <w:r>
              <w:rPr>
                <w:b/>
                <w:sz w:val="21"/>
              </w:rPr>
              <w:t>Thông tin cần ghi</w:t>
            </w:r>
          </w:p>
        </w:tc>
      </w:tr>
      <w:tr w:rsidR="00E057C4" w14:paraId="54C0FC96" w14:textId="77777777">
        <w:trPr>
          <w:jc w:val="center"/>
        </w:trPr>
        <w:tc>
          <w:tcPr>
            <w:tcW w:w="3118" w:type="dxa"/>
            <w:tcMar>
              <w:top w:w="60" w:type="dxa"/>
              <w:left w:w="70" w:type="dxa"/>
              <w:bottom w:w="60" w:type="dxa"/>
              <w:right w:w="70" w:type="dxa"/>
            </w:tcMar>
          </w:tcPr>
          <w:p w14:paraId="1DFF2715" w14:textId="77777777" w:rsidR="00E057C4" w:rsidRDefault="00BB5B43">
            <w:pPr>
              <w:jc w:val="center"/>
            </w:pPr>
            <w:r>
              <w:rPr>
                <w:sz w:val="21"/>
              </w:rPr>
              <w:t>Giai đoạn và thời điểm chốt</w:t>
            </w:r>
          </w:p>
        </w:tc>
        <w:tc>
          <w:tcPr>
            <w:tcW w:w="11340" w:type="dxa"/>
            <w:tcMar>
              <w:top w:w="60" w:type="dxa"/>
              <w:left w:w="70" w:type="dxa"/>
              <w:bottom w:w="60" w:type="dxa"/>
              <w:right w:w="70" w:type="dxa"/>
            </w:tcMar>
          </w:tcPr>
          <w:p w14:paraId="608B22C0" w14:textId="77777777" w:rsidR="00E057C4" w:rsidRDefault="00BB5B43">
            <w:r>
              <w:rPr>
                <w:sz w:val="21"/>
              </w:rPr>
              <w:t>........................................................................................................................</w:t>
            </w:r>
          </w:p>
        </w:tc>
      </w:tr>
      <w:tr w:rsidR="00E057C4" w14:paraId="10519BAA" w14:textId="77777777">
        <w:trPr>
          <w:jc w:val="center"/>
        </w:trPr>
        <w:tc>
          <w:tcPr>
            <w:tcW w:w="3118" w:type="dxa"/>
            <w:tcMar>
              <w:top w:w="60" w:type="dxa"/>
              <w:left w:w="70" w:type="dxa"/>
              <w:bottom w:w="60" w:type="dxa"/>
              <w:right w:w="70" w:type="dxa"/>
            </w:tcMar>
          </w:tcPr>
          <w:p w14:paraId="0AA6E25C" w14:textId="77777777" w:rsidR="00E057C4" w:rsidRDefault="00BB5B43">
            <w:pPr>
              <w:jc w:val="center"/>
            </w:pPr>
            <w:r>
              <w:rPr>
                <w:sz w:val="21"/>
              </w:rPr>
              <w:t>Phiên bản CTĐT/khóa</w:t>
            </w:r>
          </w:p>
        </w:tc>
        <w:tc>
          <w:tcPr>
            <w:tcW w:w="11340" w:type="dxa"/>
            <w:tcMar>
              <w:top w:w="60" w:type="dxa"/>
              <w:left w:w="70" w:type="dxa"/>
              <w:bottom w:w="60" w:type="dxa"/>
              <w:right w:w="70" w:type="dxa"/>
            </w:tcMar>
          </w:tcPr>
          <w:p w14:paraId="3F468B0F" w14:textId="77777777" w:rsidR="00E057C4" w:rsidRDefault="00BB5B43">
            <w:r>
              <w:rPr>
                <w:sz w:val="21"/>
              </w:rPr>
              <w:t>........................................................................................................................</w:t>
            </w:r>
          </w:p>
        </w:tc>
      </w:tr>
      <w:tr w:rsidR="00E057C4" w14:paraId="78271E2B" w14:textId="77777777">
        <w:trPr>
          <w:jc w:val="center"/>
        </w:trPr>
        <w:tc>
          <w:tcPr>
            <w:tcW w:w="3118" w:type="dxa"/>
            <w:tcMar>
              <w:top w:w="60" w:type="dxa"/>
              <w:left w:w="70" w:type="dxa"/>
              <w:bottom w:w="60" w:type="dxa"/>
              <w:right w:w="70" w:type="dxa"/>
            </w:tcMar>
          </w:tcPr>
          <w:p w14:paraId="25CD7ABD" w14:textId="77777777" w:rsidR="00E057C4" w:rsidRDefault="00BB5B43">
            <w:pPr>
              <w:jc w:val="center"/>
            </w:pPr>
            <w:r>
              <w:rPr>
                <w:sz w:val="21"/>
              </w:rPr>
              <w:t>Chuẩn và ngưỡng tham chiếu</w:t>
            </w:r>
          </w:p>
        </w:tc>
        <w:tc>
          <w:tcPr>
            <w:tcW w:w="11340" w:type="dxa"/>
            <w:tcMar>
              <w:top w:w="60" w:type="dxa"/>
              <w:left w:w="70" w:type="dxa"/>
              <w:bottom w:w="60" w:type="dxa"/>
              <w:right w:w="70" w:type="dxa"/>
            </w:tcMar>
          </w:tcPr>
          <w:p w14:paraId="56EA5E0E" w14:textId="77777777" w:rsidR="00E057C4" w:rsidRDefault="00BB5B43">
            <w:r>
              <w:rPr>
                <w:sz w:val="21"/>
              </w:rPr>
              <w:t>........................................................................................................................</w:t>
            </w:r>
          </w:p>
        </w:tc>
      </w:tr>
      <w:tr w:rsidR="00E057C4" w14:paraId="489ECE6C" w14:textId="77777777">
        <w:trPr>
          <w:jc w:val="center"/>
        </w:trPr>
        <w:tc>
          <w:tcPr>
            <w:tcW w:w="3118" w:type="dxa"/>
            <w:tcMar>
              <w:top w:w="60" w:type="dxa"/>
              <w:left w:w="70" w:type="dxa"/>
              <w:bottom w:w="60" w:type="dxa"/>
              <w:right w:w="70" w:type="dxa"/>
            </w:tcMar>
          </w:tcPr>
          <w:p w14:paraId="0FBD44B8" w14:textId="77777777" w:rsidR="00E057C4" w:rsidRDefault="00BB5B43">
            <w:pPr>
              <w:jc w:val="center"/>
            </w:pPr>
            <w:r>
              <w:rPr>
                <w:sz w:val="21"/>
              </w:rPr>
              <w:t>Đối tượng đối sánh nội bộ/bên ngoài</w:t>
            </w:r>
          </w:p>
        </w:tc>
        <w:tc>
          <w:tcPr>
            <w:tcW w:w="11340" w:type="dxa"/>
            <w:tcMar>
              <w:top w:w="60" w:type="dxa"/>
              <w:left w:w="70" w:type="dxa"/>
              <w:bottom w:w="60" w:type="dxa"/>
              <w:right w:w="70" w:type="dxa"/>
            </w:tcMar>
          </w:tcPr>
          <w:p w14:paraId="6B020C4D" w14:textId="77777777" w:rsidR="00E057C4" w:rsidRDefault="00BB5B43">
            <w:r>
              <w:rPr>
                <w:sz w:val="21"/>
              </w:rPr>
              <w:t>........................................................................................................................</w:t>
            </w:r>
          </w:p>
        </w:tc>
      </w:tr>
      <w:tr w:rsidR="00E057C4" w14:paraId="7F3F65FB" w14:textId="77777777">
        <w:trPr>
          <w:jc w:val="center"/>
        </w:trPr>
        <w:tc>
          <w:tcPr>
            <w:tcW w:w="3118" w:type="dxa"/>
            <w:tcMar>
              <w:top w:w="60" w:type="dxa"/>
              <w:left w:w="70" w:type="dxa"/>
              <w:bottom w:w="60" w:type="dxa"/>
              <w:right w:w="70" w:type="dxa"/>
            </w:tcMar>
          </w:tcPr>
          <w:p w14:paraId="0F61E72B" w14:textId="77777777" w:rsidR="00E057C4" w:rsidRDefault="00BB5B43">
            <w:pPr>
              <w:jc w:val="center"/>
            </w:pPr>
            <w:r>
              <w:rPr>
                <w:sz w:val="21"/>
              </w:rPr>
              <w:t>Nguồn dữ liệu và giới hạn</w:t>
            </w:r>
          </w:p>
        </w:tc>
        <w:tc>
          <w:tcPr>
            <w:tcW w:w="11340" w:type="dxa"/>
            <w:tcMar>
              <w:top w:w="60" w:type="dxa"/>
              <w:left w:w="70" w:type="dxa"/>
              <w:bottom w:w="60" w:type="dxa"/>
              <w:right w:w="70" w:type="dxa"/>
            </w:tcMar>
          </w:tcPr>
          <w:p w14:paraId="39EE1F9C" w14:textId="77777777" w:rsidR="00E057C4" w:rsidRDefault="00BB5B43">
            <w:r>
              <w:rPr>
                <w:sz w:val="21"/>
              </w:rPr>
              <w:t>........................................................................................................................</w:t>
            </w:r>
          </w:p>
        </w:tc>
      </w:tr>
    </w:tbl>
    <w:p w14:paraId="3E3844DF" w14:textId="77777777" w:rsidR="00E057C4" w:rsidRDefault="00E057C4">
      <w:pPr>
        <w:spacing w:after="0"/>
      </w:pPr>
    </w:p>
    <w:p w14:paraId="0FB6EE10" w14:textId="77777777" w:rsidR="00E057C4" w:rsidRDefault="00BB5B43">
      <w:pPr>
        <w:keepNext/>
        <w:spacing w:before="100" w:after="60" w:line="240" w:lineRule="auto"/>
      </w:pPr>
      <w:r>
        <w:rPr>
          <w:b/>
        </w:rPr>
        <w:t>3. Bảng kết quả tổng hợp</w:t>
      </w:r>
    </w:p>
    <w:tbl>
      <w:tblPr>
        <w:tblStyle w:val="TableGrid"/>
        <w:tblW w:w="0" w:type="auto"/>
        <w:jc w:val="center"/>
        <w:tblLayout w:type="fixed"/>
        <w:tblLook w:val="04A0" w:firstRow="1" w:lastRow="0" w:firstColumn="1" w:lastColumn="0" w:noHBand="0" w:noVBand="1"/>
      </w:tblPr>
      <w:tblGrid>
        <w:gridCol w:w="1190"/>
        <w:gridCol w:w="907"/>
        <w:gridCol w:w="963"/>
        <w:gridCol w:w="963"/>
        <w:gridCol w:w="963"/>
        <w:gridCol w:w="963"/>
        <w:gridCol w:w="963"/>
        <w:gridCol w:w="1701"/>
        <w:gridCol w:w="5849"/>
      </w:tblGrid>
      <w:tr w:rsidR="00E057C4" w14:paraId="591C86B2" w14:textId="77777777" w:rsidTr="00491794">
        <w:trPr>
          <w:tblHeader/>
          <w:jc w:val="center"/>
        </w:trPr>
        <w:tc>
          <w:tcPr>
            <w:tcW w:w="1190" w:type="dxa"/>
            <w:shd w:val="clear" w:color="auto" w:fill="D9E1F2"/>
            <w:tcMar>
              <w:top w:w="70" w:type="dxa"/>
              <w:left w:w="70" w:type="dxa"/>
              <w:bottom w:w="70" w:type="dxa"/>
              <w:right w:w="70" w:type="dxa"/>
            </w:tcMar>
            <w:vAlign w:val="center"/>
          </w:tcPr>
          <w:p w14:paraId="77D7A77D" w14:textId="77777777" w:rsidR="00E057C4" w:rsidRDefault="00BB5B43">
            <w:pPr>
              <w:jc w:val="center"/>
            </w:pPr>
            <w:r>
              <w:rPr>
                <w:b/>
                <w:sz w:val="19"/>
              </w:rPr>
              <w:t>Mã chỉ số</w:t>
            </w:r>
          </w:p>
        </w:tc>
        <w:tc>
          <w:tcPr>
            <w:tcW w:w="907" w:type="dxa"/>
            <w:shd w:val="clear" w:color="auto" w:fill="D9E1F2"/>
            <w:tcMar>
              <w:top w:w="70" w:type="dxa"/>
              <w:left w:w="70" w:type="dxa"/>
              <w:bottom w:w="70" w:type="dxa"/>
              <w:right w:w="70" w:type="dxa"/>
            </w:tcMar>
            <w:vAlign w:val="center"/>
          </w:tcPr>
          <w:p w14:paraId="274151C9" w14:textId="77777777" w:rsidR="00E057C4" w:rsidRDefault="00BB5B43">
            <w:pPr>
              <w:jc w:val="center"/>
            </w:pPr>
            <w:r>
              <w:rPr>
                <w:b/>
                <w:sz w:val="19"/>
              </w:rPr>
              <w:t>Đơn vị</w:t>
            </w:r>
          </w:p>
        </w:tc>
        <w:tc>
          <w:tcPr>
            <w:tcW w:w="963" w:type="dxa"/>
            <w:shd w:val="clear" w:color="auto" w:fill="D9E1F2"/>
            <w:tcMar>
              <w:top w:w="70" w:type="dxa"/>
              <w:left w:w="70" w:type="dxa"/>
              <w:bottom w:w="70" w:type="dxa"/>
              <w:right w:w="70" w:type="dxa"/>
            </w:tcMar>
            <w:vAlign w:val="center"/>
          </w:tcPr>
          <w:p w14:paraId="0FEB4ABD" w14:textId="77777777" w:rsidR="00E057C4" w:rsidRDefault="00BB5B43">
            <w:pPr>
              <w:jc w:val="center"/>
            </w:pPr>
            <w:r>
              <w:rPr>
                <w:b/>
                <w:sz w:val="19"/>
              </w:rPr>
              <w:t>2021</w:t>
            </w:r>
          </w:p>
        </w:tc>
        <w:tc>
          <w:tcPr>
            <w:tcW w:w="963" w:type="dxa"/>
            <w:shd w:val="clear" w:color="auto" w:fill="D9E1F2"/>
            <w:tcMar>
              <w:top w:w="70" w:type="dxa"/>
              <w:left w:w="70" w:type="dxa"/>
              <w:bottom w:w="70" w:type="dxa"/>
              <w:right w:w="70" w:type="dxa"/>
            </w:tcMar>
            <w:vAlign w:val="center"/>
          </w:tcPr>
          <w:p w14:paraId="509EE969" w14:textId="77777777" w:rsidR="00E057C4" w:rsidRDefault="00BB5B43">
            <w:pPr>
              <w:jc w:val="center"/>
            </w:pPr>
            <w:r>
              <w:rPr>
                <w:b/>
                <w:sz w:val="19"/>
              </w:rPr>
              <w:t>2022</w:t>
            </w:r>
          </w:p>
        </w:tc>
        <w:tc>
          <w:tcPr>
            <w:tcW w:w="963" w:type="dxa"/>
            <w:shd w:val="clear" w:color="auto" w:fill="D9E1F2"/>
            <w:tcMar>
              <w:top w:w="70" w:type="dxa"/>
              <w:left w:w="70" w:type="dxa"/>
              <w:bottom w:w="70" w:type="dxa"/>
              <w:right w:w="70" w:type="dxa"/>
            </w:tcMar>
            <w:vAlign w:val="center"/>
          </w:tcPr>
          <w:p w14:paraId="7B6D362F" w14:textId="77777777" w:rsidR="00E057C4" w:rsidRDefault="00BB5B43">
            <w:pPr>
              <w:jc w:val="center"/>
            </w:pPr>
            <w:r>
              <w:rPr>
                <w:b/>
                <w:sz w:val="19"/>
              </w:rPr>
              <w:t>2023</w:t>
            </w:r>
          </w:p>
        </w:tc>
        <w:tc>
          <w:tcPr>
            <w:tcW w:w="963" w:type="dxa"/>
            <w:shd w:val="clear" w:color="auto" w:fill="D9E1F2"/>
            <w:tcMar>
              <w:top w:w="70" w:type="dxa"/>
              <w:left w:w="70" w:type="dxa"/>
              <w:bottom w:w="70" w:type="dxa"/>
              <w:right w:w="70" w:type="dxa"/>
            </w:tcMar>
            <w:vAlign w:val="center"/>
          </w:tcPr>
          <w:p w14:paraId="27C4AF7F" w14:textId="77777777" w:rsidR="00E057C4" w:rsidRDefault="00BB5B43">
            <w:pPr>
              <w:jc w:val="center"/>
            </w:pPr>
            <w:r>
              <w:rPr>
                <w:b/>
                <w:sz w:val="19"/>
              </w:rPr>
              <w:t>2024</w:t>
            </w:r>
          </w:p>
        </w:tc>
        <w:tc>
          <w:tcPr>
            <w:tcW w:w="963" w:type="dxa"/>
            <w:shd w:val="clear" w:color="auto" w:fill="D9E1F2"/>
            <w:tcMar>
              <w:top w:w="70" w:type="dxa"/>
              <w:left w:w="70" w:type="dxa"/>
              <w:bottom w:w="70" w:type="dxa"/>
              <w:right w:w="70" w:type="dxa"/>
            </w:tcMar>
            <w:vAlign w:val="center"/>
          </w:tcPr>
          <w:p w14:paraId="3F8D6FE2" w14:textId="77777777" w:rsidR="00E057C4" w:rsidRDefault="00BB5B43">
            <w:pPr>
              <w:jc w:val="center"/>
            </w:pPr>
            <w:r>
              <w:rPr>
                <w:b/>
                <w:sz w:val="19"/>
              </w:rPr>
              <w:t>2025</w:t>
            </w:r>
          </w:p>
        </w:tc>
        <w:tc>
          <w:tcPr>
            <w:tcW w:w="1701" w:type="dxa"/>
            <w:shd w:val="clear" w:color="auto" w:fill="D9E1F2"/>
            <w:tcMar>
              <w:top w:w="70" w:type="dxa"/>
              <w:left w:w="70" w:type="dxa"/>
              <w:bottom w:w="70" w:type="dxa"/>
              <w:right w:w="70" w:type="dxa"/>
            </w:tcMar>
            <w:vAlign w:val="center"/>
          </w:tcPr>
          <w:p w14:paraId="3009F54A" w14:textId="77777777" w:rsidR="00E057C4" w:rsidRDefault="00BB5B43">
            <w:pPr>
              <w:jc w:val="center"/>
            </w:pPr>
            <w:r>
              <w:rPr>
                <w:b/>
                <w:sz w:val="19"/>
              </w:rPr>
              <w:t>Chuẩn/đối tác</w:t>
            </w:r>
          </w:p>
        </w:tc>
        <w:tc>
          <w:tcPr>
            <w:tcW w:w="5849" w:type="dxa"/>
            <w:shd w:val="clear" w:color="auto" w:fill="D9E1F2"/>
            <w:tcMar>
              <w:top w:w="70" w:type="dxa"/>
              <w:left w:w="70" w:type="dxa"/>
              <w:bottom w:w="70" w:type="dxa"/>
              <w:right w:w="70" w:type="dxa"/>
            </w:tcMar>
            <w:vAlign w:val="center"/>
          </w:tcPr>
          <w:p w14:paraId="0913D69A" w14:textId="77777777" w:rsidR="00E057C4" w:rsidRDefault="00BB5B43">
            <w:pPr>
              <w:jc w:val="center"/>
            </w:pPr>
            <w:r>
              <w:rPr>
                <w:b/>
                <w:sz w:val="19"/>
              </w:rPr>
              <w:t>Nhận định khoảng cách</w:t>
            </w:r>
          </w:p>
        </w:tc>
      </w:tr>
      <w:tr w:rsidR="00E057C4" w14:paraId="0284713E" w14:textId="77777777" w:rsidTr="00491794">
        <w:trPr>
          <w:jc w:val="center"/>
        </w:trPr>
        <w:tc>
          <w:tcPr>
            <w:tcW w:w="1190" w:type="dxa"/>
            <w:tcMar>
              <w:top w:w="60" w:type="dxa"/>
              <w:left w:w="70" w:type="dxa"/>
              <w:bottom w:w="60" w:type="dxa"/>
              <w:right w:w="70" w:type="dxa"/>
            </w:tcMar>
          </w:tcPr>
          <w:p w14:paraId="36682FB5" w14:textId="7BFA279F" w:rsidR="00E057C4" w:rsidRPr="003F7B28" w:rsidRDefault="009E22BA">
            <w:pPr>
              <w:jc w:val="center"/>
              <w:rPr>
                <w:sz w:val="20"/>
                <w:szCs w:val="20"/>
              </w:rPr>
            </w:pPr>
            <w:r w:rsidRPr="003F7B28">
              <w:rPr>
                <w:sz w:val="20"/>
                <w:szCs w:val="20"/>
              </w:rPr>
              <w:t>Tỷ lệ GV có trình độ TS</w:t>
            </w:r>
          </w:p>
        </w:tc>
        <w:tc>
          <w:tcPr>
            <w:tcW w:w="907" w:type="dxa"/>
            <w:tcMar>
              <w:top w:w="60" w:type="dxa"/>
              <w:left w:w="70" w:type="dxa"/>
              <w:bottom w:w="60" w:type="dxa"/>
              <w:right w:w="70" w:type="dxa"/>
            </w:tcMar>
          </w:tcPr>
          <w:p w14:paraId="55FB12D0" w14:textId="33AC652E" w:rsidR="00E057C4" w:rsidRPr="003F7B28" w:rsidRDefault="009E22BA" w:rsidP="002F22B4">
            <w:pPr>
              <w:jc w:val="center"/>
              <w:rPr>
                <w:sz w:val="20"/>
                <w:szCs w:val="20"/>
              </w:rPr>
            </w:pPr>
            <w:r w:rsidRPr="003F7B28">
              <w:rPr>
                <w:sz w:val="20"/>
                <w:szCs w:val="20"/>
              </w:rPr>
              <w:t>%</w:t>
            </w:r>
          </w:p>
        </w:tc>
        <w:tc>
          <w:tcPr>
            <w:tcW w:w="963" w:type="dxa"/>
            <w:tcMar>
              <w:top w:w="60" w:type="dxa"/>
              <w:left w:w="70" w:type="dxa"/>
              <w:bottom w:w="60" w:type="dxa"/>
              <w:right w:w="70" w:type="dxa"/>
            </w:tcMar>
          </w:tcPr>
          <w:p w14:paraId="1C0D8A29" w14:textId="77777777" w:rsidR="00E057C4" w:rsidRPr="003F7B28" w:rsidRDefault="00E057C4">
            <w:pPr>
              <w:rPr>
                <w:sz w:val="20"/>
                <w:szCs w:val="20"/>
              </w:rPr>
            </w:pPr>
          </w:p>
        </w:tc>
        <w:tc>
          <w:tcPr>
            <w:tcW w:w="963" w:type="dxa"/>
            <w:tcMar>
              <w:top w:w="60" w:type="dxa"/>
              <w:left w:w="70" w:type="dxa"/>
              <w:bottom w:w="60" w:type="dxa"/>
              <w:right w:w="70" w:type="dxa"/>
            </w:tcMar>
          </w:tcPr>
          <w:p w14:paraId="4E79FD24" w14:textId="77777777" w:rsidR="00E057C4" w:rsidRPr="003F7B28" w:rsidRDefault="00E057C4">
            <w:pPr>
              <w:rPr>
                <w:sz w:val="20"/>
                <w:szCs w:val="20"/>
              </w:rPr>
            </w:pPr>
          </w:p>
        </w:tc>
        <w:tc>
          <w:tcPr>
            <w:tcW w:w="963" w:type="dxa"/>
            <w:tcMar>
              <w:top w:w="60" w:type="dxa"/>
              <w:left w:w="70" w:type="dxa"/>
              <w:bottom w:w="60" w:type="dxa"/>
              <w:right w:w="70" w:type="dxa"/>
            </w:tcMar>
          </w:tcPr>
          <w:p w14:paraId="38F13B66" w14:textId="77777777" w:rsidR="00E057C4" w:rsidRPr="003F7B28" w:rsidRDefault="00E057C4">
            <w:pPr>
              <w:rPr>
                <w:sz w:val="20"/>
                <w:szCs w:val="20"/>
              </w:rPr>
            </w:pPr>
          </w:p>
        </w:tc>
        <w:tc>
          <w:tcPr>
            <w:tcW w:w="963" w:type="dxa"/>
            <w:tcMar>
              <w:top w:w="60" w:type="dxa"/>
              <w:left w:w="70" w:type="dxa"/>
              <w:bottom w:w="60" w:type="dxa"/>
              <w:right w:w="70" w:type="dxa"/>
            </w:tcMar>
          </w:tcPr>
          <w:p w14:paraId="1980926C" w14:textId="77777777" w:rsidR="00E057C4" w:rsidRPr="003F7B28" w:rsidRDefault="00E057C4">
            <w:pPr>
              <w:rPr>
                <w:sz w:val="20"/>
                <w:szCs w:val="20"/>
              </w:rPr>
            </w:pPr>
          </w:p>
        </w:tc>
        <w:tc>
          <w:tcPr>
            <w:tcW w:w="963" w:type="dxa"/>
            <w:tcMar>
              <w:top w:w="60" w:type="dxa"/>
              <w:left w:w="70" w:type="dxa"/>
              <w:bottom w:w="60" w:type="dxa"/>
              <w:right w:w="70" w:type="dxa"/>
            </w:tcMar>
          </w:tcPr>
          <w:p w14:paraId="747DEEF5" w14:textId="77777777" w:rsidR="00E057C4" w:rsidRPr="003F7B28" w:rsidRDefault="00E057C4">
            <w:pPr>
              <w:rPr>
                <w:sz w:val="20"/>
                <w:szCs w:val="20"/>
              </w:rPr>
            </w:pPr>
          </w:p>
        </w:tc>
        <w:tc>
          <w:tcPr>
            <w:tcW w:w="1701" w:type="dxa"/>
            <w:tcMar>
              <w:top w:w="60" w:type="dxa"/>
              <w:left w:w="70" w:type="dxa"/>
              <w:bottom w:w="60" w:type="dxa"/>
              <w:right w:w="70" w:type="dxa"/>
            </w:tcMar>
          </w:tcPr>
          <w:p w14:paraId="1E450FE9" w14:textId="77777777" w:rsidR="00E057C4" w:rsidRPr="003F7B28" w:rsidRDefault="00E057C4">
            <w:pPr>
              <w:rPr>
                <w:sz w:val="20"/>
                <w:szCs w:val="20"/>
              </w:rPr>
            </w:pPr>
          </w:p>
        </w:tc>
        <w:tc>
          <w:tcPr>
            <w:tcW w:w="5849" w:type="dxa"/>
            <w:tcMar>
              <w:top w:w="60" w:type="dxa"/>
              <w:left w:w="70" w:type="dxa"/>
              <w:bottom w:w="60" w:type="dxa"/>
              <w:right w:w="70" w:type="dxa"/>
            </w:tcMar>
          </w:tcPr>
          <w:p w14:paraId="5A802E7E" w14:textId="77777777" w:rsidR="00E057C4" w:rsidRDefault="00E057C4"/>
        </w:tc>
      </w:tr>
      <w:tr w:rsidR="00E057C4" w14:paraId="0CD18D99" w14:textId="77777777" w:rsidTr="00491794">
        <w:trPr>
          <w:jc w:val="center"/>
        </w:trPr>
        <w:tc>
          <w:tcPr>
            <w:tcW w:w="1190" w:type="dxa"/>
            <w:tcMar>
              <w:top w:w="60" w:type="dxa"/>
              <w:left w:w="70" w:type="dxa"/>
              <w:bottom w:w="60" w:type="dxa"/>
              <w:right w:w="70" w:type="dxa"/>
            </w:tcMar>
          </w:tcPr>
          <w:p w14:paraId="2DF9065B" w14:textId="483CE3A4" w:rsidR="00E057C4" w:rsidRPr="003F7B28" w:rsidRDefault="009E22BA">
            <w:pPr>
              <w:jc w:val="center"/>
              <w:rPr>
                <w:sz w:val="20"/>
                <w:szCs w:val="20"/>
              </w:rPr>
            </w:pPr>
            <w:r w:rsidRPr="003F7B28">
              <w:rPr>
                <w:sz w:val="20"/>
                <w:szCs w:val="20"/>
              </w:rPr>
              <w:t>Tỉ lệ nhập học trung bình 3 năm</w:t>
            </w:r>
          </w:p>
        </w:tc>
        <w:tc>
          <w:tcPr>
            <w:tcW w:w="907" w:type="dxa"/>
            <w:tcMar>
              <w:top w:w="60" w:type="dxa"/>
              <w:left w:w="70" w:type="dxa"/>
              <w:bottom w:w="60" w:type="dxa"/>
              <w:right w:w="70" w:type="dxa"/>
            </w:tcMar>
          </w:tcPr>
          <w:p w14:paraId="457598B1" w14:textId="3F30CE60" w:rsidR="00E057C4" w:rsidRPr="003F7B28" w:rsidRDefault="009E22BA" w:rsidP="002F22B4">
            <w:pPr>
              <w:jc w:val="center"/>
              <w:rPr>
                <w:sz w:val="20"/>
                <w:szCs w:val="20"/>
              </w:rPr>
            </w:pPr>
            <w:r w:rsidRPr="003F7B28">
              <w:rPr>
                <w:sz w:val="20"/>
                <w:szCs w:val="20"/>
              </w:rPr>
              <w:t>%</w:t>
            </w:r>
          </w:p>
        </w:tc>
        <w:tc>
          <w:tcPr>
            <w:tcW w:w="963" w:type="dxa"/>
            <w:tcMar>
              <w:top w:w="60" w:type="dxa"/>
              <w:left w:w="70" w:type="dxa"/>
              <w:bottom w:w="60" w:type="dxa"/>
              <w:right w:w="70" w:type="dxa"/>
            </w:tcMar>
          </w:tcPr>
          <w:p w14:paraId="4B6FA1A8" w14:textId="77777777" w:rsidR="00E057C4" w:rsidRPr="003F7B28" w:rsidRDefault="00E057C4">
            <w:pPr>
              <w:rPr>
                <w:sz w:val="20"/>
                <w:szCs w:val="20"/>
              </w:rPr>
            </w:pPr>
          </w:p>
        </w:tc>
        <w:tc>
          <w:tcPr>
            <w:tcW w:w="963" w:type="dxa"/>
            <w:tcMar>
              <w:top w:w="60" w:type="dxa"/>
              <w:left w:w="70" w:type="dxa"/>
              <w:bottom w:w="60" w:type="dxa"/>
              <w:right w:w="70" w:type="dxa"/>
            </w:tcMar>
          </w:tcPr>
          <w:p w14:paraId="14997E54" w14:textId="77777777" w:rsidR="00E057C4" w:rsidRPr="003F7B28" w:rsidRDefault="00E057C4">
            <w:pPr>
              <w:rPr>
                <w:sz w:val="20"/>
                <w:szCs w:val="20"/>
              </w:rPr>
            </w:pPr>
          </w:p>
        </w:tc>
        <w:tc>
          <w:tcPr>
            <w:tcW w:w="963" w:type="dxa"/>
            <w:tcMar>
              <w:top w:w="60" w:type="dxa"/>
              <w:left w:w="70" w:type="dxa"/>
              <w:bottom w:w="60" w:type="dxa"/>
              <w:right w:w="70" w:type="dxa"/>
            </w:tcMar>
          </w:tcPr>
          <w:p w14:paraId="5F901D41" w14:textId="77777777" w:rsidR="00E057C4" w:rsidRPr="003F7B28" w:rsidRDefault="00E057C4">
            <w:pPr>
              <w:rPr>
                <w:sz w:val="20"/>
                <w:szCs w:val="20"/>
              </w:rPr>
            </w:pPr>
          </w:p>
        </w:tc>
        <w:tc>
          <w:tcPr>
            <w:tcW w:w="963" w:type="dxa"/>
            <w:tcMar>
              <w:top w:w="60" w:type="dxa"/>
              <w:left w:w="70" w:type="dxa"/>
              <w:bottom w:w="60" w:type="dxa"/>
              <w:right w:w="70" w:type="dxa"/>
            </w:tcMar>
          </w:tcPr>
          <w:p w14:paraId="36BF1E0E" w14:textId="77777777" w:rsidR="00E057C4" w:rsidRPr="003F7B28" w:rsidRDefault="00E057C4">
            <w:pPr>
              <w:rPr>
                <w:sz w:val="20"/>
                <w:szCs w:val="20"/>
              </w:rPr>
            </w:pPr>
          </w:p>
        </w:tc>
        <w:tc>
          <w:tcPr>
            <w:tcW w:w="963" w:type="dxa"/>
            <w:tcMar>
              <w:top w:w="60" w:type="dxa"/>
              <w:left w:w="70" w:type="dxa"/>
              <w:bottom w:w="60" w:type="dxa"/>
              <w:right w:w="70" w:type="dxa"/>
            </w:tcMar>
          </w:tcPr>
          <w:p w14:paraId="5CF0D7F3" w14:textId="77777777" w:rsidR="00E057C4" w:rsidRPr="003F7B28" w:rsidRDefault="00E057C4">
            <w:pPr>
              <w:rPr>
                <w:sz w:val="20"/>
                <w:szCs w:val="20"/>
              </w:rPr>
            </w:pPr>
          </w:p>
        </w:tc>
        <w:tc>
          <w:tcPr>
            <w:tcW w:w="1701" w:type="dxa"/>
            <w:tcMar>
              <w:top w:w="60" w:type="dxa"/>
              <w:left w:w="70" w:type="dxa"/>
              <w:bottom w:w="60" w:type="dxa"/>
              <w:right w:w="70" w:type="dxa"/>
            </w:tcMar>
          </w:tcPr>
          <w:p w14:paraId="1E996F74" w14:textId="4E52022D" w:rsidR="00E057C4" w:rsidRPr="003F7B28" w:rsidRDefault="009E22BA">
            <w:pPr>
              <w:rPr>
                <w:sz w:val="20"/>
                <w:szCs w:val="20"/>
              </w:rPr>
            </w:pPr>
            <w:r w:rsidRPr="003F7B28">
              <w:rPr>
                <w:rFonts w:cs="Times New Roman"/>
                <w:sz w:val="20"/>
                <w:szCs w:val="20"/>
              </w:rPr>
              <w:t>≥</w:t>
            </w:r>
            <w:r w:rsidRPr="003F7B28">
              <w:rPr>
                <w:sz w:val="20"/>
                <w:szCs w:val="20"/>
              </w:rPr>
              <w:t xml:space="preserve"> 50% (TT 01/2024)</w:t>
            </w:r>
          </w:p>
        </w:tc>
        <w:tc>
          <w:tcPr>
            <w:tcW w:w="5849" w:type="dxa"/>
            <w:tcMar>
              <w:top w:w="60" w:type="dxa"/>
              <w:left w:w="70" w:type="dxa"/>
              <w:bottom w:w="60" w:type="dxa"/>
              <w:right w:w="70" w:type="dxa"/>
            </w:tcMar>
          </w:tcPr>
          <w:p w14:paraId="7F557760" w14:textId="77777777" w:rsidR="00E057C4" w:rsidRDefault="00E057C4"/>
        </w:tc>
      </w:tr>
      <w:tr w:rsidR="00E057C4" w14:paraId="3D3293BC" w14:textId="77777777" w:rsidTr="00491794">
        <w:trPr>
          <w:jc w:val="center"/>
        </w:trPr>
        <w:tc>
          <w:tcPr>
            <w:tcW w:w="1190" w:type="dxa"/>
            <w:tcMar>
              <w:top w:w="60" w:type="dxa"/>
              <w:left w:w="70" w:type="dxa"/>
              <w:bottom w:w="60" w:type="dxa"/>
              <w:right w:w="70" w:type="dxa"/>
            </w:tcMar>
          </w:tcPr>
          <w:p w14:paraId="5E31D376" w14:textId="2EC4DC1B" w:rsidR="00E057C4" w:rsidRDefault="009E22BA">
            <w:pPr>
              <w:jc w:val="center"/>
            </w:pPr>
            <w:r>
              <w:t>….</w:t>
            </w:r>
          </w:p>
        </w:tc>
        <w:tc>
          <w:tcPr>
            <w:tcW w:w="907" w:type="dxa"/>
            <w:tcMar>
              <w:top w:w="60" w:type="dxa"/>
              <w:left w:w="70" w:type="dxa"/>
              <w:bottom w:w="60" w:type="dxa"/>
              <w:right w:w="70" w:type="dxa"/>
            </w:tcMar>
          </w:tcPr>
          <w:p w14:paraId="388A4E81" w14:textId="77777777" w:rsidR="00E057C4" w:rsidRDefault="00E057C4"/>
        </w:tc>
        <w:tc>
          <w:tcPr>
            <w:tcW w:w="963" w:type="dxa"/>
            <w:tcMar>
              <w:top w:w="60" w:type="dxa"/>
              <w:left w:w="70" w:type="dxa"/>
              <w:bottom w:w="60" w:type="dxa"/>
              <w:right w:w="70" w:type="dxa"/>
            </w:tcMar>
          </w:tcPr>
          <w:p w14:paraId="2CF26F46" w14:textId="77777777" w:rsidR="00E057C4" w:rsidRDefault="00E057C4"/>
        </w:tc>
        <w:tc>
          <w:tcPr>
            <w:tcW w:w="963" w:type="dxa"/>
            <w:tcMar>
              <w:top w:w="60" w:type="dxa"/>
              <w:left w:w="70" w:type="dxa"/>
              <w:bottom w:w="60" w:type="dxa"/>
              <w:right w:w="70" w:type="dxa"/>
            </w:tcMar>
          </w:tcPr>
          <w:p w14:paraId="6BA3A40C" w14:textId="77777777" w:rsidR="00E057C4" w:rsidRDefault="00E057C4"/>
        </w:tc>
        <w:tc>
          <w:tcPr>
            <w:tcW w:w="963" w:type="dxa"/>
            <w:tcMar>
              <w:top w:w="60" w:type="dxa"/>
              <w:left w:w="70" w:type="dxa"/>
              <w:bottom w:w="60" w:type="dxa"/>
              <w:right w:w="70" w:type="dxa"/>
            </w:tcMar>
          </w:tcPr>
          <w:p w14:paraId="7FD95578" w14:textId="77777777" w:rsidR="00E057C4" w:rsidRDefault="00E057C4"/>
        </w:tc>
        <w:tc>
          <w:tcPr>
            <w:tcW w:w="963" w:type="dxa"/>
            <w:tcMar>
              <w:top w:w="60" w:type="dxa"/>
              <w:left w:w="70" w:type="dxa"/>
              <w:bottom w:w="60" w:type="dxa"/>
              <w:right w:w="70" w:type="dxa"/>
            </w:tcMar>
          </w:tcPr>
          <w:p w14:paraId="4FB0D933" w14:textId="77777777" w:rsidR="00E057C4" w:rsidRDefault="00E057C4"/>
        </w:tc>
        <w:tc>
          <w:tcPr>
            <w:tcW w:w="963" w:type="dxa"/>
            <w:tcMar>
              <w:top w:w="60" w:type="dxa"/>
              <w:left w:w="70" w:type="dxa"/>
              <w:bottom w:w="60" w:type="dxa"/>
              <w:right w:w="70" w:type="dxa"/>
            </w:tcMar>
          </w:tcPr>
          <w:p w14:paraId="4E895610" w14:textId="77777777" w:rsidR="00E057C4" w:rsidRDefault="00E057C4"/>
        </w:tc>
        <w:tc>
          <w:tcPr>
            <w:tcW w:w="1701" w:type="dxa"/>
            <w:tcMar>
              <w:top w:w="60" w:type="dxa"/>
              <w:left w:w="70" w:type="dxa"/>
              <w:bottom w:w="60" w:type="dxa"/>
              <w:right w:w="70" w:type="dxa"/>
            </w:tcMar>
          </w:tcPr>
          <w:p w14:paraId="05B78A2B" w14:textId="77777777" w:rsidR="00E057C4" w:rsidRDefault="00E057C4"/>
        </w:tc>
        <w:tc>
          <w:tcPr>
            <w:tcW w:w="5849" w:type="dxa"/>
            <w:tcMar>
              <w:top w:w="60" w:type="dxa"/>
              <w:left w:w="70" w:type="dxa"/>
              <w:bottom w:w="60" w:type="dxa"/>
              <w:right w:w="70" w:type="dxa"/>
            </w:tcMar>
          </w:tcPr>
          <w:p w14:paraId="6D3C4BBD" w14:textId="77777777" w:rsidR="00E057C4" w:rsidRDefault="00E057C4"/>
        </w:tc>
      </w:tr>
      <w:tr w:rsidR="00E057C4" w14:paraId="6AFEBE34" w14:textId="77777777" w:rsidTr="00491794">
        <w:trPr>
          <w:jc w:val="center"/>
        </w:trPr>
        <w:tc>
          <w:tcPr>
            <w:tcW w:w="1190" w:type="dxa"/>
            <w:tcMar>
              <w:top w:w="60" w:type="dxa"/>
              <w:left w:w="70" w:type="dxa"/>
              <w:bottom w:w="60" w:type="dxa"/>
              <w:right w:w="70" w:type="dxa"/>
            </w:tcMar>
          </w:tcPr>
          <w:p w14:paraId="585A79B9" w14:textId="77777777" w:rsidR="00E057C4" w:rsidRDefault="00E057C4">
            <w:pPr>
              <w:jc w:val="center"/>
            </w:pPr>
          </w:p>
        </w:tc>
        <w:tc>
          <w:tcPr>
            <w:tcW w:w="907" w:type="dxa"/>
            <w:tcMar>
              <w:top w:w="60" w:type="dxa"/>
              <w:left w:w="70" w:type="dxa"/>
              <w:bottom w:w="60" w:type="dxa"/>
              <w:right w:w="70" w:type="dxa"/>
            </w:tcMar>
          </w:tcPr>
          <w:p w14:paraId="21FC93A9" w14:textId="77777777" w:rsidR="00E057C4" w:rsidRDefault="00E057C4"/>
        </w:tc>
        <w:tc>
          <w:tcPr>
            <w:tcW w:w="963" w:type="dxa"/>
            <w:tcMar>
              <w:top w:w="60" w:type="dxa"/>
              <w:left w:w="70" w:type="dxa"/>
              <w:bottom w:w="60" w:type="dxa"/>
              <w:right w:w="70" w:type="dxa"/>
            </w:tcMar>
          </w:tcPr>
          <w:p w14:paraId="71B991FC" w14:textId="77777777" w:rsidR="00E057C4" w:rsidRDefault="00E057C4"/>
        </w:tc>
        <w:tc>
          <w:tcPr>
            <w:tcW w:w="963" w:type="dxa"/>
            <w:tcMar>
              <w:top w:w="60" w:type="dxa"/>
              <w:left w:w="70" w:type="dxa"/>
              <w:bottom w:w="60" w:type="dxa"/>
              <w:right w:w="70" w:type="dxa"/>
            </w:tcMar>
          </w:tcPr>
          <w:p w14:paraId="77225758" w14:textId="77777777" w:rsidR="00E057C4" w:rsidRDefault="00E057C4"/>
        </w:tc>
        <w:tc>
          <w:tcPr>
            <w:tcW w:w="963" w:type="dxa"/>
            <w:tcMar>
              <w:top w:w="60" w:type="dxa"/>
              <w:left w:w="70" w:type="dxa"/>
              <w:bottom w:w="60" w:type="dxa"/>
              <w:right w:w="70" w:type="dxa"/>
            </w:tcMar>
          </w:tcPr>
          <w:p w14:paraId="7B7DD343" w14:textId="77777777" w:rsidR="00E057C4" w:rsidRDefault="00E057C4"/>
        </w:tc>
        <w:tc>
          <w:tcPr>
            <w:tcW w:w="963" w:type="dxa"/>
            <w:tcMar>
              <w:top w:w="60" w:type="dxa"/>
              <w:left w:w="70" w:type="dxa"/>
              <w:bottom w:w="60" w:type="dxa"/>
              <w:right w:w="70" w:type="dxa"/>
            </w:tcMar>
          </w:tcPr>
          <w:p w14:paraId="251E9AC4" w14:textId="77777777" w:rsidR="00E057C4" w:rsidRDefault="00E057C4"/>
        </w:tc>
        <w:tc>
          <w:tcPr>
            <w:tcW w:w="963" w:type="dxa"/>
            <w:tcMar>
              <w:top w:w="60" w:type="dxa"/>
              <w:left w:w="70" w:type="dxa"/>
              <w:bottom w:w="60" w:type="dxa"/>
              <w:right w:w="70" w:type="dxa"/>
            </w:tcMar>
          </w:tcPr>
          <w:p w14:paraId="22241A8F" w14:textId="77777777" w:rsidR="00E057C4" w:rsidRDefault="00E057C4"/>
        </w:tc>
        <w:tc>
          <w:tcPr>
            <w:tcW w:w="1701" w:type="dxa"/>
            <w:tcMar>
              <w:top w:w="60" w:type="dxa"/>
              <w:left w:w="70" w:type="dxa"/>
              <w:bottom w:w="60" w:type="dxa"/>
              <w:right w:w="70" w:type="dxa"/>
            </w:tcMar>
          </w:tcPr>
          <w:p w14:paraId="5E1BB31E" w14:textId="77777777" w:rsidR="00E057C4" w:rsidRDefault="00E057C4"/>
        </w:tc>
        <w:tc>
          <w:tcPr>
            <w:tcW w:w="5849" w:type="dxa"/>
            <w:tcMar>
              <w:top w:w="60" w:type="dxa"/>
              <w:left w:w="70" w:type="dxa"/>
              <w:bottom w:w="60" w:type="dxa"/>
              <w:right w:w="70" w:type="dxa"/>
            </w:tcMar>
          </w:tcPr>
          <w:p w14:paraId="67B37790" w14:textId="77777777" w:rsidR="00E057C4" w:rsidRDefault="00E057C4"/>
        </w:tc>
      </w:tr>
      <w:tr w:rsidR="00E057C4" w14:paraId="6988495B" w14:textId="77777777" w:rsidTr="00491794">
        <w:trPr>
          <w:jc w:val="center"/>
        </w:trPr>
        <w:tc>
          <w:tcPr>
            <w:tcW w:w="1190" w:type="dxa"/>
            <w:tcMar>
              <w:top w:w="60" w:type="dxa"/>
              <w:left w:w="70" w:type="dxa"/>
              <w:bottom w:w="60" w:type="dxa"/>
              <w:right w:w="70" w:type="dxa"/>
            </w:tcMar>
          </w:tcPr>
          <w:p w14:paraId="49D3CA80" w14:textId="77777777" w:rsidR="00E057C4" w:rsidRDefault="00E057C4">
            <w:pPr>
              <w:jc w:val="center"/>
            </w:pPr>
          </w:p>
        </w:tc>
        <w:tc>
          <w:tcPr>
            <w:tcW w:w="907" w:type="dxa"/>
            <w:tcMar>
              <w:top w:w="60" w:type="dxa"/>
              <w:left w:w="70" w:type="dxa"/>
              <w:bottom w:w="60" w:type="dxa"/>
              <w:right w:w="70" w:type="dxa"/>
            </w:tcMar>
          </w:tcPr>
          <w:p w14:paraId="5D0C62D8" w14:textId="77777777" w:rsidR="00E057C4" w:rsidRDefault="00E057C4"/>
        </w:tc>
        <w:tc>
          <w:tcPr>
            <w:tcW w:w="963" w:type="dxa"/>
            <w:tcMar>
              <w:top w:w="60" w:type="dxa"/>
              <w:left w:w="70" w:type="dxa"/>
              <w:bottom w:w="60" w:type="dxa"/>
              <w:right w:w="70" w:type="dxa"/>
            </w:tcMar>
          </w:tcPr>
          <w:p w14:paraId="3F38EA36" w14:textId="77777777" w:rsidR="00E057C4" w:rsidRDefault="00E057C4"/>
        </w:tc>
        <w:tc>
          <w:tcPr>
            <w:tcW w:w="963" w:type="dxa"/>
            <w:tcMar>
              <w:top w:w="60" w:type="dxa"/>
              <w:left w:w="70" w:type="dxa"/>
              <w:bottom w:w="60" w:type="dxa"/>
              <w:right w:w="70" w:type="dxa"/>
            </w:tcMar>
          </w:tcPr>
          <w:p w14:paraId="057DE91F" w14:textId="77777777" w:rsidR="00E057C4" w:rsidRDefault="00E057C4"/>
        </w:tc>
        <w:tc>
          <w:tcPr>
            <w:tcW w:w="963" w:type="dxa"/>
            <w:tcMar>
              <w:top w:w="60" w:type="dxa"/>
              <w:left w:w="70" w:type="dxa"/>
              <w:bottom w:w="60" w:type="dxa"/>
              <w:right w:w="70" w:type="dxa"/>
            </w:tcMar>
          </w:tcPr>
          <w:p w14:paraId="4A64F306" w14:textId="77777777" w:rsidR="00E057C4" w:rsidRDefault="00E057C4"/>
        </w:tc>
        <w:tc>
          <w:tcPr>
            <w:tcW w:w="963" w:type="dxa"/>
            <w:tcMar>
              <w:top w:w="60" w:type="dxa"/>
              <w:left w:w="70" w:type="dxa"/>
              <w:bottom w:w="60" w:type="dxa"/>
              <w:right w:w="70" w:type="dxa"/>
            </w:tcMar>
          </w:tcPr>
          <w:p w14:paraId="1DCBFFD4" w14:textId="77777777" w:rsidR="00E057C4" w:rsidRDefault="00E057C4"/>
        </w:tc>
        <w:tc>
          <w:tcPr>
            <w:tcW w:w="963" w:type="dxa"/>
            <w:tcMar>
              <w:top w:w="60" w:type="dxa"/>
              <w:left w:w="70" w:type="dxa"/>
              <w:bottom w:w="60" w:type="dxa"/>
              <w:right w:w="70" w:type="dxa"/>
            </w:tcMar>
          </w:tcPr>
          <w:p w14:paraId="362228E8" w14:textId="77777777" w:rsidR="00E057C4" w:rsidRDefault="00E057C4"/>
        </w:tc>
        <w:tc>
          <w:tcPr>
            <w:tcW w:w="1701" w:type="dxa"/>
            <w:tcMar>
              <w:top w:w="60" w:type="dxa"/>
              <w:left w:w="70" w:type="dxa"/>
              <w:bottom w:w="60" w:type="dxa"/>
              <w:right w:w="70" w:type="dxa"/>
            </w:tcMar>
          </w:tcPr>
          <w:p w14:paraId="57880B4B" w14:textId="77777777" w:rsidR="00E057C4" w:rsidRDefault="00E057C4"/>
        </w:tc>
        <w:tc>
          <w:tcPr>
            <w:tcW w:w="5849" w:type="dxa"/>
            <w:tcMar>
              <w:top w:w="60" w:type="dxa"/>
              <w:left w:w="70" w:type="dxa"/>
              <w:bottom w:w="60" w:type="dxa"/>
              <w:right w:w="70" w:type="dxa"/>
            </w:tcMar>
          </w:tcPr>
          <w:p w14:paraId="1926333C" w14:textId="77777777" w:rsidR="00E057C4" w:rsidRDefault="00E057C4"/>
        </w:tc>
      </w:tr>
      <w:tr w:rsidR="00E057C4" w14:paraId="189E59EF" w14:textId="77777777" w:rsidTr="00491794">
        <w:trPr>
          <w:jc w:val="center"/>
        </w:trPr>
        <w:tc>
          <w:tcPr>
            <w:tcW w:w="1190" w:type="dxa"/>
            <w:tcMar>
              <w:top w:w="60" w:type="dxa"/>
              <w:left w:w="70" w:type="dxa"/>
              <w:bottom w:w="60" w:type="dxa"/>
              <w:right w:w="70" w:type="dxa"/>
            </w:tcMar>
          </w:tcPr>
          <w:p w14:paraId="2C73099E" w14:textId="77777777" w:rsidR="00E057C4" w:rsidRDefault="00E057C4">
            <w:pPr>
              <w:jc w:val="center"/>
            </w:pPr>
          </w:p>
        </w:tc>
        <w:tc>
          <w:tcPr>
            <w:tcW w:w="907" w:type="dxa"/>
            <w:tcMar>
              <w:top w:w="60" w:type="dxa"/>
              <w:left w:w="70" w:type="dxa"/>
              <w:bottom w:w="60" w:type="dxa"/>
              <w:right w:w="70" w:type="dxa"/>
            </w:tcMar>
          </w:tcPr>
          <w:p w14:paraId="5444B8E8" w14:textId="77777777" w:rsidR="00E057C4" w:rsidRDefault="00E057C4"/>
        </w:tc>
        <w:tc>
          <w:tcPr>
            <w:tcW w:w="963" w:type="dxa"/>
            <w:tcMar>
              <w:top w:w="60" w:type="dxa"/>
              <w:left w:w="70" w:type="dxa"/>
              <w:bottom w:w="60" w:type="dxa"/>
              <w:right w:w="70" w:type="dxa"/>
            </w:tcMar>
          </w:tcPr>
          <w:p w14:paraId="6B767332" w14:textId="77777777" w:rsidR="00E057C4" w:rsidRDefault="00E057C4"/>
        </w:tc>
        <w:tc>
          <w:tcPr>
            <w:tcW w:w="963" w:type="dxa"/>
            <w:tcMar>
              <w:top w:w="60" w:type="dxa"/>
              <w:left w:w="70" w:type="dxa"/>
              <w:bottom w:w="60" w:type="dxa"/>
              <w:right w:w="70" w:type="dxa"/>
            </w:tcMar>
          </w:tcPr>
          <w:p w14:paraId="3A2E39FA" w14:textId="77777777" w:rsidR="00E057C4" w:rsidRDefault="00E057C4"/>
        </w:tc>
        <w:tc>
          <w:tcPr>
            <w:tcW w:w="963" w:type="dxa"/>
            <w:tcMar>
              <w:top w:w="60" w:type="dxa"/>
              <w:left w:w="70" w:type="dxa"/>
              <w:bottom w:w="60" w:type="dxa"/>
              <w:right w:w="70" w:type="dxa"/>
            </w:tcMar>
          </w:tcPr>
          <w:p w14:paraId="1A730C8E" w14:textId="77777777" w:rsidR="00E057C4" w:rsidRDefault="00E057C4"/>
        </w:tc>
        <w:tc>
          <w:tcPr>
            <w:tcW w:w="963" w:type="dxa"/>
            <w:tcMar>
              <w:top w:w="60" w:type="dxa"/>
              <w:left w:w="70" w:type="dxa"/>
              <w:bottom w:w="60" w:type="dxa"/>
              <w:right w:w="70" w:type="dxa"/>
            </w:tcMar>
          </w:tcPr>
          <w:p w14:paraId="4AB56A2B" w14:textId="77777777" w:rsidR="00E057C4" w:rsidRDefault="00E057C4"/>
        </w:tc>
        <w:tc>
          <w:tcPr>
            <w:tcW w:w="963" w:type="dxa"/>
            <w:tcMar>
              <w:top w:w="60" w:type="dxa"/>
              <w:left w:w="70" w:type="dxa"/>
              <w:bottom w:w="60" w:type="dxa"/>
              <w:right w:w="70" w:type="dxa"/>
            </w:tcMar>
          </w:tcPr>
          <w:p w14:paraId="2CB6D182" w14:textId="77777777" w:rsidR="00E057C4" w:rsidRDefault="00E057C4"/>
        </w:tc>
        <w:tc>
          <w:tcPr>
            <w:tcW w:w="1701" w:type="dxa"/>
            <w:tcMar>
              <w:top w:w="60" w:type="dxa"/>
              <w:left w:w="70" w:type="dxa"/>
              <w:bottom w:w="60" w:type="dxa"/>
              <w:right w:w="70" w:type="dxa"/>
            </w:tcMar>
          </w:tcPr>
          <w:p w14:paraId="7C90328D" w14:textId="77777777" w:rsidR="00E057C4" w:rsidRDefault="00E057C4"/>
        </w:tc>
        <w:tc>
          <w:tcPr>
            <w:tcW w:w="5849" w:type="dxa"/>
            <w:tcMar>
              <w:top w:w="60" w:type="dxa"/>
              <w:left w:w="70" w:type="dxa"/>
              <w:bottom w:w="60" w:type="dxa"/>
              <w:right w:w="70" w:type="dxa"/>
            </w:tcMar>
          </w:tcPr>
          <w:p w14:paraId="42F0529E" w14:textId="77777777" w:rsidR="00E057C4" w:rsidRDefault="00E057C4"/>
        </w:tc>
      </w:tr>
      <w:tr w:rsidR="00E057C4" w14:paraId="67B9D782" w14:textId="77777777" w:rsidTr="00491794">
        <w:trPr>
          <w:jc w:val="center"/>
        </w:trPr>
        <w:tc>
          <w:tcPr>
            <w:tcW w:w="1190" w:type="dxa"/>
            <w:tcMar>
              <w:top w:w="60" w:type="dxa"/>
              <w:left w:w="70" w:type="dxa"/>
              <w:bottom w:w="60" w:type="dxa"/>
              <w:right w:w="70" w:type="dxa"/>
            </w:tcMar>
          </w:tcPr>
          <w:p w14:paraId="0DECD3D5" w14:textId="77777777" w:rsidR="00E057C4" w:rsidRDefault="00E057C4">
            <w:pPr>
              <w:jc w:val="center"/>
            </w:pPr>
          </w:p>
        </w:tc>
        <w:tc>
          <w:tcPr>
            <w:tcW w:w="907" w:type="dxa"/>
            <w:tcMar>
              <w:top w:w="60" w:type="dxa"/>
              <w:left w:w="70" w:type="dxa"/>
              <w:bottom w:w="60" w:type="dxa"/>
              <w:right w:w="70" w:type="dxa"/>
            </w:tcMar>
          </w:tcPr>
          <w:p w14:paraId="51875A16" w14:textId="77777777" w:rsidR="00E057C4" w:rsidRDefault="00E057C4"/>
        </w:tc>
        <w:tc>
          <w:tcPr>
            <w:tcW w:w="963" w:type="dxa"/>
            <w:tcMar>
              <w:top w:w="60" w:type="dxa"/>
              <w:left w:w="70" w:type="dxa"/>
              <w:bottom w:w="60" w:type="dxa"/>
              <w:right w:w="70" w:type="dxa"/>
            </w:tcMar>
          </w:tcPr>
          <w:p w14:paraId="5097D150" w14:textId="77777777" w:rsidR="00E057C4" w:rsidRDefault="00E057C4"/>
        </w:tc>
        <w:tc>
          <w:tcPr>
            <w:tcW w:w="963" w:type="dxa"/>
            <w:tcMar>
              <w:top w:w="60" w:type="dxa"/>
              <w:left w:w="70" w:type="dxa"/>
              <w:bottom w:w="60" w:type="dxa"/>
              <w:right w:w="70" w:type="dxa"/>
            </w:tcMar>
          </w:tcPr>
          <w:p w14:paraId="6B45C34D" w14:textId="77777777" w:rsidR="00E057C4" w:rsidRDefault="00E057C4"/>
        </w:tc>
        <w:tc>
          <w:tcPr>
            <w:tcW w:w="963" w:type="dxa"/>
            <w:tcMar>
              <w:top w:w="60" w:type="dxa"/>
              <w:left w:w="70" w:type="dxa"/>
              <w:bottom w:w="60" w:type="dxa"/>
              <w:right w:w="70" w:type="dxa"/>
            </w:tcMar>
          </w:tcPr>
          <w:p w14:paraId="6E62479F" w14:textId="77777777" w:rsidR="00E057C4" w:rsidRDefault="00E057C4"/>
        </w:tc>
        <w:tc>
          <w:tcPr>
            <w:tcW w:w="963" w:type="dxa"/>
            <w:tcMar>
              <w:top w:w="60" w:type="dxa"/>
              <w:left w:w="70" w:type="dxa"/>
              <w:bottom w:w="60" w:type="dxa"/>
              <w:right w:w="70" w:type="dxa"/>
            </w:tcMar>
          </w:tcPr>
          <w:p w14:paraId="4B629945" w14:textId="77777777" w:rsidR="00E057C4" w:rsidRDefault="00E057C4"/>
        </w:tc>
        <w:tc>
          <w:tcPr>
            <w:tcW w:w="963" w:type="dxa"/>
            <w:tcMar>
              <w:top w:w="60" w:type="dxa"/>
              <w:left w:w="70" w:type="dxa"/>
              <w:bottom w:w="60" w:type="dxa"/>
              <w:right w:w="70" w:type="dxa"/>
            </w:tcMar>
          </w:tcPr>
          <w:p w14:paraId="209EC54F" w14:textId="77777777" w:rsidR="00E057C4" w:rsidRDefault="00E057C4"/>
        </w:tc>
        <w:tc>
          <w:tcPr>
            <w:tcW w:w="1701" w:type="dxa"/>
            <w:tcMar>
              <w:top w:w="60" w:type="dxa"/>
              <w:left w:w="70" w:type="dxa"/>
              <w:bottom w:w="60" w:type="dxa"/>
              <w:right w:w="70" w:type="dxa"/>
            </w:tcMar>
          </w:tcPr>
          <w:p w14:paraId="060427FE" w14:textId="77777777" w:rsidR="00E057C4" w:rsidRDefault="00E057C4"/>
        </w:tc>
        <w:tc>
          <w:tcPr>
            <w:tcW w:w="5849" w:type="dxa"/>
            <w:tcMar>
              <w:top w:w="60" w:type="dxa"/>
              <w:left w:w="70" w:type="dxa"/>
              <w:bottom w:w="60" w:type="dxa"/>
              <w:right w:w="70" w:type="dxa"/>
            </w:tcMar>
          </w:tcPr>
          <w:p w14:paraId="687EE8E7" w14:textId="77777777" w:rsidR="00E057C4" w:rsidRDefault="00E057C4"/>
        </w:tc>
      </w:tr>
      <w:tr w:rsidR="00E057C4" w14:paraId="4C9D4E5A" w14:textId="77777777" w:rsidTr="00491794">
        <w:trPr>
          <w:jc w:val="center"/>
        </w:trPr>
        <w:tc>
          <w:tcPr>
            <w:tcW w:w="1190" w:type="dxa"/>
            <w:tcMar>
              <w:top w:w="60" w:type="dxa"/>
              <w:left w:w="70" w:type="dxa"/>
              <w:bottom w:w="60" w:type="dxa"/>
              <w:right w:w="70" w:type="dxa"/>
            </w:tcMar>
          </w:tcPr>
          <w:p w14:paraId="5F8D7E27" w14:textId="77777777" w:rsidR="00E057C4" w:rsidRDefault="00E057C4">
            <w:pPr>
              <w:jc w:val="center"/>
            </w:pPr>
          </w:p>
        </w:tc>
        <w:tc>
          <w:tcPr>
            <w:tcW w:w="907" w:type="dxa"/>
            <w:tcMar>
              <w:top w:w="60" w:type="dxa"/>
              <w:left w:w="70" w:type="dxa"/>
              <w:bottom w:w="60" w:type="dxa"/>
              <w:right w:w="70" w:type="dxa"/>
            </w:tcMar>
          </w:tcPr>
          <w:p w14:paraId="522D7589" w14:textId="77777777" w:rsidR="00E057C4" w:rsidRDefault="00E057C4"/>
        </w:tc>
        <w:tc>
          <w:tcPr>
            <w:tcW w:w="963" w:type="dxa"/>
            <w:tcMar>
              <w:top w:w="60" w:type="dxa"/>
              <w:left w:w="70" w:type="dxa"/>
              <w:bottom w:w="60" w:type="dxa"/>
              <w:right w:w="70" w:type="dxa"/>
            </w:tcMar>
          </w:tcPr>
          <w:p w14:paraId="3502DAAB" w14:textId="77777777" w:rsidR="00E057C4" w:rsidRDefault="00E057C4"/>
        </w:tc>
        <w:tc>
          <w:tcPr>
            <w:tcW w:w="963" w:type="dxa"/>
            <w:tcMar>
              <w:top w:w="60" w:type="dxa"/>
              <w:left w:w="70" w:type="dxa"/>
              <w:bottom w:w="60" w:type="dxa"/>
              <w:right w:w="70" w:type="dxa"/>
            </w:tcMar>
          </w:tcPr>
          <w:p w14:paraId="498B9A0D" w14:textId="77777777" w:rsidR="00E057C4" w:rsidRDefault="00E057C4"/>
        </w:tc>
        <w:tc>
          <w:tcPr>
            <w:tcW w:w="963" w:type="dxa"/>
            <w:tcMar>
              <w:top w:w="60" w:type="dxa"/>
              <w:left w:w="70" w:type="dxa"/>
              <w:bottom w:w="60" w:type="dxa"/>
              <w:right w:w="70" w:type="dxa"/>
            </w:tcMar>
          </w:tcPr>
          <w:p w14:paraId="0BA1CCF4" w14:textId="77777777" w:rsidR="00E057C4" w:rsidRDefault="00E057C4"/>
        </w:tc>
        <w:tc>
          <w:tcPr>
            <w:tcW w:w="963" w:type="dxa"/>
            <w:tcMar>
              <w:top w:w="60" w:type="dxa"/>
              <w:left w:w="70" w:type="dxa"/>
              <w:bottom w:w="60" w:type="dxa"/>
              <w:right w:w="70" w:type="dxa"/>
            </w:tcMar>
          </w:tcPr>
          <w:p w14:paraId="59405327" w14:textId="77777777" w:rsidR="00E057C4" w:rsidRDefault="00E057C4"/>
        </w:tc>
        <w:tc>
          <w:tcPr>
            <w:tcW w:w="963" w:type="dxa"/>
            <w:tcMar>
              <w:top w:w="60" w:type="dxa"/>
              <w:left w:w="70" w:type="dxa"/>
              <w:bottom w:w="60" w:type="dxa"/>
              <w:right w:w="70" w:type="dxa"/>
            </w:tcMar>
          </w:tcPr>
          <w:p w14:paraId="13C2E6F2" w14:textId="77777777" w:rsidR="00E057C4" w:rsidRDefault="00E057C4"/>
        </w:tc>
        <w:tc>
          <w:tcPr>
            <w:tcW w:w="1701" w:type="dxa"/>
            <w:tcMar>
              <w:top w:w="60" w:type="dxa"/>
              <w:left w:w="70" w:type="dxa"/>
              <w:bottom w:w="60" w:type="dxa"/>
              <w:right w:w="70" w:type="dxa"/>
            </w:tcMar>
          </w:tcPr>
          <w:p w14:paraId="37229B58" w14:textId="77777777" w:rsidR="00E057C4" w:rsidRDefault="00E057C4"/>
        </w:tc>
        <w:tc>
          <w:tcPr>
            <w:tcW w:w="5849" w:type="dxa"/>
            <w:tcMar>
              <w:top w:w="60" w:type="dxa"/>
              <w:left w:w="70" w:type="dxa"/>
              <w:bottom w:w="60" w:type="dxa"/>
              <w:right w:w="70" w:type="dxa"/>
            </w:tcMar>
          </w:tcPr>
          <w:p w14:paraId="45AE591C" w14:textId="77777777" w:rsidR="00E057C4" w:rsidRDefault="00E057C4"/>
        </w:tc>
      </w:tr>
    </w:tbl>
    <w:p w14:paraId="49D3C1F7" w14:textId="77777777" w:rsidR="00E057C4" w:rsidRDefault="00E057C4">
      <w:pPr>
        <w:spacing w:after="0"/>
      </w:pPr>
    </w:p>
    <w:p w14:paraId="5BC4F074" w14:textId="77777777" w:rsidR="00E057C4" w:rsidRDefault="00BB5B43">
      <w:pPr>
        <w:keepNext/>
        <w:spacing w:before="100" w:after="60" w:line="240" w:lineRule="auto"/>
      </w:pPr>
      <w:r>
        <w:rPr>
          <w:b/>
        </w:rPr>
        <w:t>4. Phân tích khoảng cách, nguyên nhân và rủi ro</w:t>
      </w:r>
    </w:p>
    <w:tbl>
      <w:tblPr>
        <w:tblStyle w:val="TableGrid"/>
        <w:tblW w:w="0" w:type="auto"/>
        <w:jc w:val="center"/>
        <w:tblLayout w:type="fixed"/>
        <w:tblLook w:val="04A0" w:firstRow="1" w:lastRow="0" w:firstColumn="1" w:lastColumn="0" w:noHBand="0" w:noVBand="1"/>
      </w:tblPr>
      <w:tblGrid>
        <w:gridCol w:w="2835"/>
        <w:gridCol w:w="1871"/>
        <w:gridCol w:w="2948"/>
        <w:gridCol w:w="2551"/>
        <w:gridCol w:w="1304"/>
        <w:gridCol w:w="2835"/>
      </w:tblGrid>
      <w:tr w:rsidR="00E057C4" w14:paraId="4373E8F7" w14:textId="77777777">
        <w:trPr>
          <w:tblHeader/>
          <w:jc w:val="center"/>
        </w:trPr>
        <w:tc>
          <w:tcPr>
            <w:tcW w:w="2835" w:type="dxa"/>
            <w:shd w:val="clear" w:color="auto" w:fill="D9E1F2"/>
            <w:tcMar>
              <w:top w:w="70" w:type="dxa"/>
              <w:left w:w="70" w:type="dxa"/>
              <w:bottom w:w="70" w:type="dxa"/>
              <w:right w:w="70" w:type="dxa"/>
            </w:tcMar>
            <w:vAlign w:val="center"/>
          </w:tcPr>
          <w:p w14:paraId="2D49762C" w14:textId="77777777" w:rsidR="00E057C4" w:rsidRDefault="00BB5B43">
            <w:pPr>
              <w:jc w:val="center"/>
            </w:pPr>
            <w:r>
              <w:rPr>
                <w:b/>
                <w:sz w:val="19"/>
              </w:rPr>
              <w:t>Vấn đề/khoảng cách</w:t>
            </w:r>
          </w:p>
        </w:tc>
        <w:tc>
          <w:tcPr>
            <w:tcW w:w="1871" w:type="dxa"/>
            <w:shd w:val="clear" w:color="auto" w:fill="D9E1F2"/>
            <w:tcMar>
              <w:top w:w="70" w:type="dxa"/>
              <w:left w:w="70" w:type="dxa"/>
              <w:bottom w:w="70" w:type="dxa"/>
              <w:right w:w="70" w:type="dxa"/>
            </w:tcMar>
            <w:vAlign w:val="center"/>
          </w:tcPr>
          <w:p w14:paraId="76473C44" w14:textId="77777777" w:rsidR="00E057C4" w:rsidRDefault="00BB5B43">
            <w:pPr>
              <w:jc w:val="center"/>
            </w:pPr>
            <w:r>
              <w:rPr>
                <w:b/>
                <w:sz w:val="19"/>
              </w:rPr>
              <w:t>Minh chứng</w:t>
            </w:r>
          </w:p>
        </w:tc>
        <w:tc>
          <w:tcPr>
            <w:tcW w:w="2948" w:type="dxa"/>
            <w:shd w:val="clear" w:color="auto" w:fill="D9E1F2"/>
            <w:tcMar>
              <w:top w:w="70" w:type="dxa"/>
              <w:left w:w="70" w:type="dxa"/>
              <w:bottom w:w="70" w:type="dxa"/>
              <w:right w:w="70" w:type="dxa"/>
            </w:tcMar>
            <w:vAlign w:val="center"/>
          </w:tcPr>
          <w:p w14:paraId="25DFE515" w14:textId="77777777" w:rsidR="00E057C4" w:rsidRDefault="00BB5B43">
            <w:pPr>
              <w:jc w:val="center"/>
            </w:pPr>
            <w:r>
              <w:rPr>
                <w:b/>
                <w:sz w:val="19"/>
              </w:rPr>
              <w:t>Nguyên nhân gốc</w:t>
            </w:r>
          </w:p>
        </w:tc>
        <w:tc>
          <w:tcPr>
            <w:tcW w:w="2551" w:type="dxa"/>
            <w:shd w:val="clear" w:color="auto" w:fill="D9E1F2"/>
            <w:tcMar>
              <w:top w:w="70" w:type="dxa"/>
              <w:left w:w="70" w:type="dxa"/>
              <w:bottom w:w="70" w:type="dxa"/>
              <w:right w:w="70" w:type="dxa"/>
            </w:tcMar>
            <w:vAlign w:val="center"/>
          </w:tcPr>
          <w:p w14:paraId="19640B28" w14:textId="77777777" w:rsidR="00E057C4" w:rsidRDefault="00BB5B43">
            <w:pPr>
              <w:jc w:val="center"/>
            </w:pPr>
            <w:r>
              <w:rPr>
                <w:b/>
                <w:sz w:val="19"/>
              </w:rPr>
              <w:t>Ảnh hưởng/rủi ro</w:t>
            </w:r>
          </w:p>
        </w:tc>
        <w:tc>
          <w:tcPr>
            <w:tcW w:w="1304" w:type="dxa"/>
            <w:shd w:val="clear" w:color="auto" w:fill="D9E1F2"/>
            <w:tcMar>
              <w:top w:w="70" w:type="dxa"/>
              <w:left w:w="70" w:type="dxa"/>
              <w:bottom w:w="70" w:type="dxa"/>
              <w:right w:w="70" w:type="dxa"/>
            </w:tcMar>
            <w:vAlign w:val="center"/>
          </w:tcPr>
          <w:p w14:paraId="2E0CBDAC" w14:textId="77777777" w:rsidR="00E057C4" w:rsidRDefault="00BB5B43">
            <w:pPr>
              <w:jc w:val="center"/>
            </w:pPr>
            <w:r>
              <w:rPr>
                <w:b/>
                <w:sz w:val="19"/>
              </w:rPr>
              <w:t>Mức ưu tiên</w:t>
            </w:r>
          </w:p>
        </w:tc>
        <w:tc>
          <w:tcPr>
            <w:tcW w:w="2835" w:type="dxa"/>
            <w:shd w:val="clear" w:color="auto" w:fill="D9E1F2"/>
            <w:tcMar>
              <w:top w:w="70" w:type="dxa"/>
              <w:left w:w="70" w:type="dxa"/>
              <w:bottom w:w="70" w:type="dxa"/>
              <w:right w:w="70" w:type="dxa"/>
            </w:tcMar>
            <w:vAlign w:val="center"/>
          </w:tcPr>
          <w:p w14:paraId="39D5358B" w14:textId="77777777" w:rsidR="00E057C4" w:rsidRDefault="00BB5B43">
            <w:pPr>
              <w:jc w:val="center"/>
            </w:pPr>
            <w:r>
              <w:rPr>
                <w:b/>
                <w:sz w:val="19"/>
              </w:rPr>
              <w:t>Kết luận</w:t>
            </w:r>
          </w:p>
        </w:tc>
      </w:tr>
      <w:tr w:rsidR="00E057C4" w14:paraId="0AA6C2EE" w14:textId="77777777">
        <w:trPr>
          <w:jc w:val="center"/>
        </w:trPr>
        <w:tc>
          <w:tcPr>
            <w:tcW w:w="2835" w:type="dxa"/>
            <w:tcMar>
              <w:top w:w="60" w:type="dxa"/>
              <w:left w:w="70" w:type="dxa"/>
              <w:bottom w:w="60" w:type="dxa"/>
              <w:right w:w="70" w:type="dxa"/>
            </w:tcMar>
          </w:tcPr>
          <w:p w14:paraId="50BD32E8" w14:textId="77777777" w:rsidR="00E057C4" w:rsidRDefault="00E057C4">
            <w:pPr>
              <w:jc w:val="center"/>
            </w:pPr>
          </w:p>
        </w:tc>
        <w:tc>
          <w:tcPr>
            <w:tcW w:w="1871" w:type="dxa"/>
            <w:tcMar>
              <w:top w:w="60" w:type="dxa"/>
              <w:left w:w="70" w:type="dxa"/>
              <w:bottom w:w="60" w:type="dxa"/>
              <w:right w:w="70" w:type="dxa"/>
            </w:tcMar>
          </w:tcPr>
          <w:p w14:paraId="0556CCB2" w14:textId="77777777" w:rsidR="00E057C4" w:rsidRDefault="00E057C4"/>
        </w:tc>
        <w:tc>
          <w:tcPr>
            <w:tcW w:w="2948" w:type="dxa"/>
            <w:tcMar>
              <w:top w:w="60" w:type="dxa"/>
              <w:left w:w="70" w:type="dxa"/>
              <w:bottom w:w="60" w:type="dxa"/>
              <w:right w:w="70" w:type="dxa"/>
            </w:tcMar>
          </w:tcPr>
          <w:p w14:paraId="6DF7770B" w14:textId="77777777" w:rsidR="00E057C4" w:rsidRDefault="00E057C4"/>
        </w:tc>
        <w:tc>
          <w:tcPr>
            <w:tcW w:w="2551" w:type="dxa"/>
            <w:tcMar>
              <w:top w:w="60" w:type="dxa"/>
              <w:left w:w="70" w:type="dxa"/>
              <w:bottom w:w="60" w:type="dxa"/>
              <w:right w:w="70" w:type="dxa"/>
            </w:tcMar>
          </w:tcPr>
          <w:p w14:paraId="499ECB8B" w14:textId="77777777" w:rsidR="00E057C4" w:rsidRDefault="00E057C4"/>
        </w:tc>
        <w:tc>
          <w:tcPr>
            <w:tcW w:w="1304" w:type="dxa"/>
            <w:tcMar>
              <w:top w:w="60" w:type="dxa"/>
              <w:left w:w="70" w:type="dxa"/>
              <w:bottom w:w="60" w:type="dxa"/>
              <w:right w:w="70" w:type="dxa"/>
            </w:tcMar>
          </w:tcPr>
          <w:p w14:paraId="6BF378B9" w14:textId="77777777" w:rsidR="00E057C4" w:rsidRDefault="00E057C4"/>
        </w:tc>
        <w:tc>
          <w:tcPr>
            <w:tcW w:w="2835" w:type="dxa"/>
            <w:tcMar>
              <w:top w:w="60" w:type="dxa"/>
              <w:left w:w="70" w:type="dxa"/>
              <w:bottom w:w="60" w:type="dxa"/>
              <w:right w:w="70" w:type="dxa"/>
            </w:tcMar>
          </w:tcPr>
          <w:p w14:paraId="766B3A41" w14:textId="77777777" w:rsidR="00E057C4" w:rsidRDefault="00E057C4"/>
        </w:tc>
      </w:tr>
      <w:tr w:rsidR="00E057C4" w14:paraId="21D029E1" w14:textId="77777777">
        <w:trPr>
          <w:jc w:val="center"/>
        </w:trPr>
        <w:tc>
          <w:tcPr>
            <w:tcW w:w="2835" w:type="dxa"/>
            <w:tcMar>
              <w:top w:w="60" w:type="dxa"/>
              <w:left w:w="70" w:type="dxa"/>
              <w:bottom w:w="60" w:type="dxa"/>
              <w:right w:w="70" w:type="dxa"/>
            </w:tcMar>
          </w:tcPr>
          <w:p w14:paraId="3A90ECEB" w14:textId="77777777" w:rsidR="00E057C4" w:rsidRDefault="00E057C4">
            <w:pPr>
              <w:jc w:val="center"/>
            </w:pPr>
          </w:p>
        </w:tc>
        <w:tc>
          <w:tcPr>
            <w:tcW w:w="1871" w:type="dxa"/>
            <w:tcMar>
              <w:top w:w="60" w:type="dxa"/>
              <w:left w:w="70" w:type="dxa"/>
              <w:bottom w:w="60" w:type="dxa"/>
              <w:right w:w="70" w:type="dxa"/>
            </w:tcMar>
          </w:tcPr>
          <w:p w14:paraId="64DDBFA5" w14:textId="77777777" w:rsidR="00E057C4" w:rsidRDefault="00E057C4"/>
        </w:tc>
        <w:tc>
          <w:tcPr>
            <w:tcW w:w="2948" w:type="dxa"/>
            <w:tcMar>
              <w:top w:w="60" w:type="dxa"/>
              <w:left w:w="70" w:type="dxa"/>
              <w:bottom w:w="60" w:type="dxa"/>
              <w:right w:w="70" w:type="dxa"/>
            </w:tcMar>
          </w:tcPr>
          <w:p w14:paraId="2A0E19B3" w14:textId="77777777" w:rsidR="00E057C4" w:rsidRDefault="00E057C4"/>
        </w:tc>
        <w:tc>
          <w:tcPr>
            <w:tcW w:w="2551" w:type="dxa"/>
            <w:tcMar>
              <w:top w:w="60" w:type="dxa"/>
              <w:left w:w="70" w:type="dxa"/>
              <w:bottom w:w="60" w:type="dxa"/>
              <w:right w:w="70" w:type="dxa"/>
            </w:tcMar>
          </w:tcPr>
          <w:p w14:paraId="79FCAC0F" w14:textId="77777777" w:rsidR="00E057C4" w:rsidRDefault="00E057C4"/>
        </w:tc>
        <w:tc>
          <w:tcPr>
            <w:tcW w:w="1304" w:type="dxa"/>
            <w:tcMar>
              <w:top w:w="60" w:type="dxa"/>
              <w:left w:w="70" w:type="dxa"/>
              <w:bottom w:w="60" w:type="dxa"/>
              <w:right w:w="70" w:type="dxa"/>
            </w:tcMar>
          </w:tcPr>
          <w:p w14:paraId="6D61B8F4" w14:textId="77777777" w:rsidR="00E057C4" w:rsidRDefault="00E057C4"/>
        </w:tc>
        <w:tc>
          <w:tcPr>
            <w:tcW w:w="2835" w:type="dxa"/>
            <w:tcMar>
              <w:top w:w="60" w:type="dxa"/>
              <w:left w:w="70" w:type="dxa"/>
              <w:bottom w:w="60" w:type="dxa"/>
              <w:right w:w="70" w:type="dxa"/>
            </w:tcMar>
          </w:tcPr>
          <w:p w14:paraId="59014C12" w14:textId="77777777" w:rsidR="00E057C4" w:rsidRDefault="00E057C4"/>
        </w:tc>
      </w:tr>
      <w:tr w:rsidR="00E057C4" w14:paraId="7332EED2" w14:textId="77777777">
        <w:trPr>
          <w:jc w:val="center"/>
        </w:trPr>
        <w:tc>
          <w:tcPr>
            <w:tcW w:w="2835" w:type="dxa"/>
            <w:tcMar>
              <w:top w:w="60" w:type="dxa"/>
              <w:left w:w="70" w:type="dxa"/>
              <w:bottom w:w="60" w:type="dxa"/>
              <w:right w:w="70" w:type="dxa"/>
            </w:tcMar>
          </w:tcPr>
          <w:p w14:paraId="49E36053" w14:textId="77777777" w:rsidR="00E057C4" w:rsidRDefault="00E057C4">
            <w:pPr>
              <w:jc w:val="center"/>
            </w:pPr>
          </w:p>
        </w:tc>
        <w:tc>
          <w:tcPr>
            <w:tcW w:w="1871" w:type="dxa"/>
            <w:tcMar>
              <w:top w:w="60" w:type="dxa"/>
              <w:left w:w="70" w:type="dxa"/>
              <w:bottom w:w="60" w:type="dxa"/>
              <w:right w:w="70" w:type="dxa"/>
            </w:tcMar>
          </w:tcPr>
          <w:p w14:paraId="32F323D9" w14:textId="77777777" w:rsidR="00E057C4" w:rsidRDefault="00E057C4"/>
        </w:tc>
        <w:tc>
          <w:tcPr>
            <w:tcW w:w="2948" w:type="dxa"/>
            <w:tcMar>
              <w:top w:w="60" w:type="dxa"/>
              <w:left w:w="70" w:type="dxa"/>
              <w:bottom w:w="60" w:type="dxa"/>
              <w:right w:w="70" w:type="dxa"/>
            </w:tcMar>
          </w:tcPr>
          <w:p w14:paraId="34B3118D" w14:textId="77777777" w:rsidR="00E057C4" w:rsidRDefault="00E057C4"/>
        </w:tc>
        <w:tc>
          <w:tcPr>
            <w:tcW w:w="2551" w:type="dxa"/>
            <w:tcMar>
              <w:top w:w="60" w:type="dxa"/>
              <w:left w:w="70" w:type="dxa"/>
              <w:bottom w:w="60" w:type="dxa"/>
              <w:right w:w="70" w:type="dxa"/>
            </w:tcMar>
          </w:tcPr>
          <w:p w14:paraId="54B52045" w14:textId="77777777" w:rsidR="00E057C4" w:rsidRDefault="00E057C4"/>
        </w:tc>
        <w:tc>
          <w:tcPr>
            <w:tcW w:w="1304" w:type="dxa"/>
            <w:tcMar>
              <w:top w:w="60" w:type="dxa"/>
              <w:left w:w="70" w:type="dxa"/>
              <w:bottom w:w="60" w:type="dxa"/>
              <w:right w:w="70" w:type="dxa"/>
            </w:tcMar>
          </w:tcPr>
          <w:p w14:paraId="43A3CCEF" w14:textId="77777777" w:rsidR="00E057C4" w:rsidRDefault="00E057C4"/>
        </w:tc>
        <w:tc>
          <w:tcPr>
            <w:tcW w:w="2835" w:type="dxa"/>
            <w:tcMar>
              <w:top w:w="60" w:type="dxa"/>
              <w:left w:w="70" w:type="dxa"/>
              <w:bottom w:w="60" w:type="dxa"/>
              <w:right w:w="70" w:type="dxa"/>
            </w:tcMar>
          </w:tcPr>
          <w:p w14:paraId="7DF9CCCE" w14:textId="77777777" w:rsidR="00E057C4" w:rsidRDefault="00E057C4"/>
        </w:tc>
      </w:tr>
      <w:tr w:rsidR="00E057C4" w14:paraId="250203AB" w14:textId="77777777">
        <w:trPr>
          <w:jc w:val="center"/>
        </w:trPr>
        <w:tc>
          <w:tcPr>
            <w:tcW w:w="2835" w:type="dxa"/>
            <w:tcMar>
              <w:top w:w="60" w:type="dxa"/>
              <w:left w:w="70" w:type="dxa"/>
              <w:bottom w:w="60" w:type="dxa"/>
              <w:right w:w="70" w:type="dxa"/>
            </w:tcMar>
          </w:tcPr>
          <w:p w14:paraId="0400F564" w14:textId="77777777" w:rsidR="00E057C4" w:rsidRDefault="00E057C4">
            <w:pPr>
              <w:jc w:val="center"/>
            </w:pPr>
          </w:p>
        </w:tc>
        <w:tc>
          <w:tcPr>
            <w:tcW w:w="1871" w:type="dxa"/>
            <w:tcMar>
              <w:top w:w="60" w:type="dxa"/>
              <w:left w:w="70" w:type="dxa"/>
              <w:bottom w:w="60" w:type="dxa"/>
              <w:right w:w="70" w:type="dxa"/>
            </w:tcMar>
          </w:tcPr>
          <w:p w14:paraId="33D29DA0" w14:textId="77777777" w:rsidR="00E057C4" w:rsidRDefault="00E057C4"/>
        </w:tc>
        <w:tc>
          <w:tcPr>
            <w:tcW w:w="2948" w:type="dxa"/>
            <w:tcMar>
              <w:top w:w="60" w:type="dxa"/>
              <w:left w:w="70" w:type="dxa"/>
              <w:bottom w:w="60" w:type="dxa"/>
              <w:right w:w="70" w:type="dxa"/>
            </w:tcMar>
          </w:tcPr>
          <w:p w14:paraId="31F5C19E" w14:textId="77777777" w:rsidR="00E057C4" w:rsidRDefault="00E057C4"/>
        </w:tc>
        <w:tc>
          <w:tcPr>
            <w:tcW w:w="2551" w:type="dxa"/>
            <w:tcMar>
              <w:top w:w="60" w:type="dxa"/>
              <w:left w:w="70" w:type="dxa"/>
              <w:bottom w:w="60" w:type="dxa"/>
              <w:right w:w="70" w:type="dxa"/>
            </w:tcMar>
          </w:tcPr>
          <w:p w14:paraId="3C11909B" w14:textId="77777777" w:rsidR="00E057C4" w:rsidRDefault="00E057C4"/>
        </w:tc>
        <w:tc>
          <w:tcPr>
            <w:tcW w:w="1304" w:type="dxa"/>
            <w:tcMar>
              <w:top w:w="60" w:type="dxa"/>
              <w:left w:w="70" w:type="dxa"/>
              <w:bottom w:w="60" w:type="dxa"/>
              <w:right w:w="70" w:type="dxa"/>
            </w:tcMar>
          </w:tcPr>
          <w:p w14:paraId="08E56BB8" w14:textId="77777777" w:rsidR="00E057C4" w:rsidRDefault="00E057C4"/>
        </w:tc>
        <w:tc>
          <w:tcPr>
            <w:tcW w:w="2835" w:type="dxa"/>
            <w:tcMar>
              <w:top w:w="60" w:type="dxa"/>
              <w:left w:w="70" w:type="dxa"/>
              <w:bottom w:w="60" w:type="dxa"/>
              <w:right w:w="70" w:type="dxa"/>
            </w:tcMar>
          </w:tcPr>
          <w:p w14:paraId="64622A6A" w14:textId="77777777" w:rsidR="00E057C4" w:rsidRDefault="00E057C4"/>
        </w:tc>
      </w:tr>
      <w:tr w:rsidR="00E057C4" w14:paraId="42BCC773" w14:textId="77777777">
        <w:trPr>
          <w:jc w:val="center"/>
        </w:trPr>
        <w:tc>
          <w:tcPr>
            <w:tcW w:w="2835" w:type="dxa"/>
            <w:tcMar>
              <w:top w:w="60" w:type="dxa"/>
              <w:left w:w="70" w:type="dxa"/>
              <w:bottom w:w="60" w:type="dxa"/>
              <w:right w:w="70" w:type="dxa"/>
            </w:tcMar>
          </w:tcPr>
          <w:p w14:paraId="595384D2" w14:textId="77777777" w:rsidR="00E057C4" w:rsidRDefault="00E057C4">
            <w:pPr>
              <w:jc w:val="center"/>
            </w:pPr>
          </w:p>
        </w:tc>
        <w:tc>
          <w:tcPr>
            <w:tcW w:w="1871" w:type="dxa"/>
            <w:tcMar>
              <w:top w:w="60" w:type="dxa"/>
              <w:left w:w="70" w:type="dxa"/>
              <w:bottom w:w="60" w:type="dxa"/>
              <w:right w:w="70" w:type="dxa"/>
            </w:tcMar>
          </w:tcPr>
          <w:p w14:paraId="741B53FD" w14:textId="77777777" w:rsidR="00E057C4" w:rsidRDefault="00E057C4"/>
        </w:tc>
        <w:tc>
          <w:tcPr>
            <w:tcW w:w="2948" w:type="dxa"/>
            <w:tcMar>
              <w:top w:w="60" w:type="dxa"/>
              <w:left w:w="70" w:type="dxa"/>
              <w:bottom w:w="60" w:type="dxa"/>
              <w:right w:w="70" w:type="dxa"/>
            </w:tcMar>
          </w:tcPr>
          <w:p w14:paraId="5771F9BC" w14:textId="77777777" w:rsidR="00E057C4" w:rsidRDefault="00E057C4"/>
        </w:tc>
        <w:tc>
          <w:tcPr>
            <w:tcW w:w="2551" w:type="dxa"/>
            <w:tcMar>
              <w:top w:w="60" w:type="dxa"/>
              <w:left w:w="70" w:type="dxa"/>
              <w:bottom w:w="60" w:type="dxa"/>
              <w:right w:w="70" w:type="dxa"/>
            </w:tcMar>
          </w:tcPr>
          <w:p w14:paraId="4A867FA2" w14:textId="77777777" w:rsidR="00E057C4" w:rsidRDefault="00E057C4"/>
        </w:tc>
        <w:tc>
          <w:tcPr>
            <w:tcW w:w="1304" w:type="dxa"/>
            <w:tcMar>
              <w:top w:w="60" w:type="dxa"/>
              <w:left w:w="70" w:type="dxa"/>
              <w:bottom w:w="60" w:type="dxa"/>
              <w:right w:w="70" w:type="dxa"/>
            </w:tcMar>
          </w:tcPr>
          <w:p w14:paraId="24DB37A1" w14:textId="77777777" w:rsidR="00E057C4" w:rsidRDefault="00E057C4"/>
        </w:tc>
        <w:tc>
          <w:tcPr>
            <w:tcW w:w="2835" w:type="dxa"/>
            <w:tcMar>
              <w:top w:w="60" w:type="dxa"/>
              <w:left w:w="70" w:type="dxa"/>
              <w:bottom w:w="60" w:type="dxa"/>
              <w:right w:w="70" w:type="dxa"/>
            </w:tcMar>
          </w:tcPr>
          <w:p w14:paraId="08F1E3CC" w14:textId="77777777" w:rsidR="00E057C4" w:rsidRDefault="00E057C4"/>
        </w:tc>
      </w:tr>
      <w:tr w:rsidR="00E057C4" w14:paraId="667EE18F" w14:textId="77777777">
        <w:trPr>
          <w:jc w:val="center"/>
        </w:trPr>
        <w:tc>
          <w:tcPr>
            <w:tcW w:w="2835" w:type="dxa"/>
            <w:tcMar>
              <w:top w:w="60" w:type="dxa"/>
              <w:left w:w="70" w:type="dxa"/>
              <w:bottom w:w="60" w:type="dxa"/>
              <w:right w:w="70" w:type="dxa"/>
            </w:tcMar>
          </w:tcPr>
          <w:p w14:paraId="5F3C6569" w14:textId="77777777" w:rsidR="00E057C4" w:rsidRDefault="00E057C4">
            <w:pPr>
              <w:jc w:val="center"/>
            </w:pPr>
          </w:p>
        </w:tc>
        <w:tc>
          <w:tcPr>
            <w:tcW w:w="1871" w:type="dxa"/>
            <w:tcMar>
              <w:top w:w="60" w:type="dxa"/>
              <w:left w:w="70" w:type="dxa"/>
              <w:bottom w:w="60" w:type="dxa"/>
              <w:right w:w="70" w:type="dxa"/>
            </w:tcMar>
          </w:tcPr>
          <w:p w14:paraId="2B0B56CC" w14:textId="77777777" w:rsidR="00E057C4" w:rsidRDefault="00E057C4"/>
        </w:tc>
        <w:tc>
          <w:tcPr>
            <w:tcW w:w="2948" w:type="dxa"/>
            <w:tcMar>
              <w:top w:w="60" w:type="dxa"/>
              <w:left w:w="70" w:type="dxa"/>
              <w:bottom w:w="60" w:type="dxa"/>
              <w:right w:w="70" w:type="dxa"/>
            </w:tcMar>
          </w:tcPr>
          <w:p w14:paraId="6D0D87EE" w14:textId="77777777" w:rsidR="00E057C4" w:rsidRDefault="00E057C4"/>
        </w:tc>
        <w:tc>
          <w:tcPr>
            <w:tcW w:w="2551" w:type="dxa"/>
            <w:tcMar>
              <w:top w:w="60" w:type="dxa"/>
              <w:left w:w="70" w:type="dxa"/>
              <w:bottom w:w="60" w:type="dxa"/>
              <w:right w:w="70" w:type="dxa"/>
            </w:tcMar>
          </w:tcPr>
          <w:p w14:paraId="3B249BAA" w14:textId="77777777" w:rsidR="00E057C4" w:rsidRDefault="00E057C4"/>
        </w:tc>
        <w:tc>
          <w:tcPr>
            <w:tcW w:w="1304" w:type="dxa"/>
            <w:tcMar>
              <w:top w:w="60" w:type="dxa"/>
              <w:left w:w="70" w:type="dxa"/>
              <w:bottom w:w="60" w:type="dxa"/>
              <w:right w:w="70" w:type="dxa"/>
            </w:tcMar>
          </w:tcPr>
          <w:p w14:paraId="0674994F" w14:textId="77777777" w:rsidR="00E057C4" w:rsidRDefault="00E057C4"/>
        </w:tc>
        <w:tc>
          <w:tcPr>
            <w:tcW w:w="2835" w:type="dxa"/>
            <w:tcMar>
              <w:top w:w="60" w:type="dxa"/>
              <w:left w:w="70" w:type="dxa"/>
              <w:bottom w:w="60" w:type="dxa"/>
              <w:right w:w="70" w:type="dxa"/>
            </w:tcMar>
          </w:tcPr>
          <w:p w14:paraId="422A294A" w14:textId="77777777" w:rsidR="00E057C4" w:rsidRDefault="00E057C4"/>
        </w:tc>
      </w:tr>
    </w:tbl>
    <w:p w14:paraId="2CA01772" w14:textId="77777777" w:rsidR="00E057C4" w:rsidRDefault="00E057C4">
      <w:pPr>
        <w:spacing w:after="0"/>
      </w:pPr>
    </w:p>
    <w:p w14:paraId="14B04ADB" w14:textId="77777777" w:rsidR="00E057C4" w:rsidRDefault="00BB5B43">
      <w:pPr>
        <w:keepNext/>
        <w:spacing w:before="100" w:after="60" w:line="240" w:lineRule="auto"/>
        <w:rPr>
          <w:b/>
        </w:rPr>
      </w:pPr>
      <w:r>
        <w:rPr>
          <w:b/>
        </w:rPr>
        <w:t>5. Kết luận và kiến nghị</w:t>
      </w:r>
    </w:p>
    <w:p w14:paraId="38F264BD" w14:textId="460F7110" w:rsidR="00491794" w:rsidRPr="00491794" w:rsidRDefault="00491794" w:rsidP="00491794">
      <w:pPr>
        <w:keepNext/>
        <w:tabs>
          <w:tab w:val="left" w:leader="dot" w:pos="14317"/>
        </w:tabs>
        <w:spacing w:before="100" w:after="60" w:line="240" w:lineRule="auto"/>
        <w:rPr>
          <w:bCs/>
        </w:rPr>
      </w:pPr>
      <w:r w:rsidRPr="00491794">
        <w:rPr>
          <w:bCs/>
        </w:rPr>
        <w:tab/>
      </w:r>
    </w:p>
    <w:p w14:paraId="6CB5BBE5" w14:textId="12F63455" w:rsidR="00491794" w:rsidRPr="00491794" w:rsidRDefault="00491794" w:rsidP="00491794">
      <w:pPr>
        <w:keepNext/>
        <w:tabs>
          <w:tab w:val="left" w:leader="dot" w:pos="14317"/>
        </w:tabs>
        <w:spacing w:before="100" w:after="60" w:line="240" w:lineRule="auto"/>
        <w:rPr>
          <w:bCs/>
        </w:rPr>
      </w:pPr>
      <w:r w:rsidRPr="00491794">
        <w:rPr>
          <w:bCs/>
        </w:rPr>
        <w:tab/>
      </w:r>
    </w:p>
    <w:p w14:paraId="30CFD485" w14:textId="3018C8B6" w:rsidR="00491794" w:rsidRPr="00491794" w:rsidRDefault="00491794" w:rsidP="00491794">
      <w:pPr>
        <w:keepNext/>
        <w:tabs>
          <w:tab w:val="left" w:leader="dot" w:pos="14317"/>
        </w:tabs>
        <w:spacing w:before="100" w:after="60" w:line="240" w:lineRule="auto"/>
        <w:rPr>
          <w:bCs/>
        </w:rPr>
      </w:pPr>
      <w:r w:rsidRPr="00491794">
        <w:rPr>
          <w:bCs/>
        </w:rPr>
        <w:tab/>
      </w:r>
    </w:p>
    <w:p w14:paraId="31375950" w14:textId="336A0F0E" w:rsidR="00491794" w:rsidRPr="00491794" w:rsidRDefault="00491794" w:rsidP="00491794">
      <w:pPr>
        <w:keepNext/>
        <w:tabs>
          <w:tab w:val="left" w:leader="dot" w:pos="14317"/>
        </w:tabs>
        <w:spacing w:before="100" w:after="60" w:line="240" w:lineRule="auto"/>
        <w:rPr>
          <w:bCs/>
        </w:rPr>
      </w:pPr>
      <w:r w:rsidRPr="00491794">
        <w:rPr>
          <w:bCs/>
        </w:rPr>
        <w:tab/>
      </w:r>
    </w:p>
    <w:p w14:paraId="030E5058" w14:textId="572CF10C" w:rsidR="00491794" w:rsidRPr="00491794" w:rsidRDefault="00491794" w:rsidP="00491794">
      <w:pPr>
        <w:keepNext/>
        <w:tabs>
          <w:tab w:val="left" w:leader="dot" w:pos="14317"/>
        </w:tabs>
        <w:spacing w:before="100" w:after="60" w:line="240" w:lineRule="auto"/>
        <w:rPr>
          <w:bCs/>
        </w:rPr>
      </w:pPr>
      <w:r w:rsidRPr="00491794">
        <w:rPr>
          <w:bCs/>
        </w:rPr>
        <w:tab/>
      </w:r>
    </w:p>
    <w:p w14:paraId="0B1BB5E3" w14:textId="411D7EA3" w:rsidR="00491794" w:rsidRPr="00491794" w:rsidRDefault="00491794" w:rsidP="00491794">
      <w:pPr>
        <w:keepNext/>
        <w:tabs>
          <w:tab w:val="left" w:leader="dot" w:pos="14317"/>
        </w:tabs>
        <w:spacing w:before="100" w:after="60" w:line="240" w:lineRule="auto"/>
        <w:rPr>
          <w:bCs/>
        </w:rPr>
      </w:pPr>
      <w:r w:rsidRPr="00491794">
        <w:rPr>
          <w:bCs/>
        </w:rPr>
        <w:tab/>
      </w:r>
    </w:p>
    <w:p w14:paraId="58C32608" w14:textId="77777777" w:rsidR="00E057C4" w:rsidRDefault="00E057C4">
      <w:pPr>
        <w:sectPr w:rsidR="00E057C4">
          <w:footerReference w:type="default" r:id="rId10"/>
          <w:pgSz w:w="16838" w:h="11906" w:orient="landscape"/>
          <w:pgMar w:top="1020" w:right="1134" w:bottom="1020" w:left="1134" w:header="567" w:footer="567" w:gutter="0"/>
          <w:cols w:space="720"/>
          <w:docGrid w:linePitch="360"/>
        </w:sectPr>
      </w:pPr>
    </w:p>
    <w:p w14:paraId="5196F87E" w14:textId="77777777" w:rsidR="00E057C4" w:rsidRDefault="00BB5B43">
      <w:pPr>
        <w:spacing w:after="40"/>
        <w:jc w:val="center"/>
      </w:pPr>
      <w:r>
        <w:rPr>
          <w:b/>
          <w:sz w:val="28"/>
        </w:rPr>
        <w:lastRenderedPageBreak/>
        <w:t>PHỤ LỤC 4</w:t>
      </w:r>
    </w:p>
    <w:p w14:paraId="27C7CFB8" w14:textId="77777777" w:rsidR="00E057C4" w:rsidRDefault="00BB5B43">
      <w:pPr>
        <w:spacing w:after="40"/>
        <w:jc w:val="center"/>
      </w:pPr>
      <w:r>
        <w:rPr>
          <w:b/>
        </w:rPr>
        <w:t>MẪU KẾ HOẠCH CẢI TIẾN CHẤT LƯỢNG SAU SO CHUẨN, ĐỐI SÁNH</w:t>
      </w:r>
    </w:p>
    <w:p w14:paraId="3778866F" w14:textId="77777777" w:rsidR="00E057C4" w:rsidRDefault="00BB5B43">
      <w:pPr>
        <w:spacing w:after="120"/>
        <w:jc w:val="center"/>
      </w:pPr>
      <w:r>
        <w:rPr>
          <w:i/>
          <w:sz w:val="23"/>
        </w:rPr>
        <w:t xml:space="preserve">(Kèm theo Hướng dẫn số .../HD-ĐHTN ngày </w:t>
      </w:r>
      <w:proofErr w:type="gramStart"/>
      <w:r>
        <w:rPr>
          <w:i/>
          <w:sz w:val="23"/>
        </w:rPr>
        <w:t>.....</w:t>
      </w:r>
      <w:proofErr w:type="gramEnd"/>
      <w:r>
        <w:rPr>
          <w:i/>
          <w:sz w:val="23"/>
        </w:rPr>
        <w:t xml:space="preserve"> tháng 8 năm 2026 của Trường Đại học Tây Nguyên)</w:t>
      </w:r>
    </w:p>
    <w:tbl>
      <w:tblPr>
        <w:tblStyle w:val="TableGrid"/>
        <w:tblW w:w="15203" w:type="dxa"/>
        <w:jc w:val="center"/>
        <w:tblLayout w:type="fixed"/>
        <w:tblLook w:val="04A0" w:firstRow="1" w:lastRow="0" w:firstColumn="1" w:lastColumn="0" w:noHBand="0" w:noVBand="1"/>
      </w:tblPr>
      <w:tblGrid>
        <w:gridCol w:w="453"/>
        <w:gridCol w:w="1820"/>
        <w:gridCol w:w="1814"/>
        <w:gridCol w:w="1877"/>
        <w:gridCol w:w="1360"/>
        <w:gridCol w:w="1360"/>
        <w:gridCol w:w="1417"/>
        <w:gridCol w:w="1814"/>
        <w:gridCol w:w="2268"/>
        <w:gridCol w:w="1020"/>
      </w:tblGrid>
      <w:tr w:rsidR="00E057C4" w14:paraId="421E1334" w14:textId="77777777" w:rsidTr="00491794">
        <w:trPr>
          <w:tblHeader/>
          <w:jc w:val="center"/>
        </w:trPr>
        <w:tc>
          <w:tcPr>
            <w:tcW w:w="453" w:type="dxa"/>
            <w:shd w:val="clear" w:color="auto" w:fill="D9E1F2"/>
            <w:tcMar>
              <w:top w:w="70" w:type="dxa"/>
              <w:left w:w="70" w:type="dxa"/>
              <w:bottom w:w="70" w:type="dxa"/>
              <w:right w:w="70" w:type="dxa"/>
            </w:tcMar>
            <w:vAlign w:val="center"/>
          </w:tcPr>
          <w:p w14:paraId="25CA19D5" w14:textId="77777777" w:rsidR="00E057C4" w:rsidRDefault="00BB5B43">
            <w:pPr>
              <w:jc w:val="center"/>
            </w:pPr>
            <w:r>
              <w:rPr>
                <w:b/>
                <w:sz w:val="17"/>
              </w:rPr>
              <w:t>TT</w:t>
            </w:r>
          </w:p>
        </w:tc>
        <w:tc>
          <w:tcPr>
            <w:tcW w:w="1820" w:type="dxa"/>
            <w:shd w:val="clear" w:color="auto" w:fill="D9E1F2"/>
            <w:tcMar>
              <w:top w:w="70" w:type="dxa"/>
              <w:left w:w="70" w:type="dxa"/>
              <w:bottom w:w="70" w:type="dxa"/>
              <w:right w:w="70" w:type="dxa"/>
            </w:tcMar>
            <w:vAlign w:val="center"/>
          </w:tcPr>
          <w:p w14:paraId="554DBB1F" w14:textId="77777777" w:rsidR="00E057C4" w:rsidRDefault="00BB5B43">
            <w:pPr>
              <w:jc w:val="center"/>
            </w:pPr>
            <w:r>
              <w:rPr>
                <w:b/>
                <w:sz w:val="17"/>
              </w:rPr>
              <w:t>Khoảng cách/vấn đề</w:t>
            </w:r>
          </w:p>
        </w:tc>
        <w:tc>
          <w:tcPr>
            <w:tcW w:w="1814" w:type="dxa"/>
            <w:shd w:val="clear" w:color="auto" w:fill="D9E1F2"/>
            <w:tcMar>
              <w:top w:w="70" w:type="dxa"/>
              <w:left w:w="70" w:type="dxa"/>
              <w:bottom w:w="70" w:type="dxa"/>
              <w:right w:w="70" w:type="dxa"/>
            </w:tcMar>
            <w:vAlign w:val="center"/>
          </w:tcPr>
          <w:p w14:paraId="22107DB0" w14:textId="77777777" w:rsidR="00E057C4" w:rsidRDefault="00BB5B43">
            <w:pPr>
              <w:jc w:val="center"/>
            </w:pPr>
            <w:r>
              <w:rPr>
                <w:b/>
                <w:sz w:val="17"/>
              </w:rPr>
              <w:t>Mục tiêu/KPI</w:t>
            </w:r>
          </w:p>
        </w:tc>
        <w:tc>
          <w:tcPr>
            <w:tcW w:w="1877" w:type="dxa"/>
            <w:shd w:val="clear" w:color="auto" w:fill="D9E1F2"/>
            <w:tcMar>
              <w:top w:w="70" w:type="dxa"/>
              <w:left w:w="70" w:type="dxa"/>
              <w:bottom w:w="70" w:type="dxa"/>
              <w:right w:w="70" w:type="dxa"/>
            </w:tcMar>
            <w:vAlign w:val="center"/>
          </w:tcPr>
          <w:p w14:paraId="6DB29237" w14:textId="77777777" w:rsidR="00E057C4" w:rsidRDefault="00BB5B43">
            <w:pPr>
              <w:jc w:val="center"/>
            </w:pPr>
            <w:r>
              <w:rPr>
                <w:b/>
                <w:sz w:val="17"/>
              </w:rPr>
              <w:t>Hành động/giải pháp</w:t>
            </w:r>
          </w:p>
        </w:tc>
        <w:tc>
          <w:tcPr>
            <w:tcW w:w="1360" w:type="dxa"/>
            <w:shd w:val="clear" w:color="auto" w:fill="D9E1F2"/>
            <w:tcMar>
              <w:top w:w="70" w:type="dxa"/>
              <w:left w:w="70" w:type="dxa"/>
              <w:bottom w:w="70" w:type="dxa"/>
              <w:right w:w="70" w:type="dxa"/>
            </w:tcMar>
            <w:vAlign w:val="center"/>
          </w:tcPr>
          <w:p w14:paraId="76A03A8B" w14:textId="77777777" w:rsidR="00E057C4" w:rsidRDefault="00BB5B43">
            <w:pPr>
              <w:jc w:val="center"/>
            </w:pPr>
            <w:r>
              <w:rPr>
                <w:b/>
                <w:sz w:val="17"/>
              </w:rPr>
              <w:t>Đầu mối</w:t>
            </w:r>
          </w:p>
        </w:tc>
        <w:tc>
          <w:tcPr>
            <w:tcW w:w="1360" w:type="dxa"/>
            <w:shd w:val="clear" w:color="auto" w:fill="D9E1F2"/>
            <w:tcMar>
              <w:top w:w="70" w:type="dxa"/>
              <w:left w:w="70" w:type="dxa"/>
              <w:bottom w:w="70" w:type="dxa"/>
              <w:right w:w="70" w:type="dxa"/>
            </w:tcMar>
            <w:vAlign w:val="center"/>
          </w:tcPr>
          <w:p w14:paraId="7BF2DC5B" w14:textId="77777777" w:rsidR="00E057C4" w:rsidRDefault="00BB5B43">
            <w:pPr>
              <w:jc w:val="center"/>
            </w:pPr>
            <w:r>
              <w:rPr>
                <w:b/>
                <w:sz w:val="17"/>
              </w:rPr>
              <w:t>Phối hợp</w:t>
            </w:r>
          </w:p>
        </w:tc>
        <w:tc>
          <w:tcPr>
            <w:tcW w:w="1417" w:type="dxa"/>
            <w:shd w:val="clear" w:color="auto" w:fill="D9E1F2"/>
            <w:tcMar>
              <w:top w:w="70" w:type="dxa"/>
              <w:left w:w="70" w:type="dxa"/>
              <w:bottom w:w="70" w:type="dxa"/>
              <w:right w:w="70" w:type="dxa"/>
            </w:tcMar>
            <w:vAlign w:val="center"/>
          </w:tcPr>
          <w:p w14:paraId="2EFC849F" w14:textId="77777777" w:rsidR="00E057C4" w:rsidRDefault="00BB5B43">
            <w:pPr>
              <w:jc w:val="center"/>
            </w:pPr>
            <w:r>
              <w:rPr>
                <w:b/>
                <w:sz w:val="17"/>
              </w:rPr>
              <w:t>Nguồn lực</w:t>
            </w:r>
          </w:p>
        </w:tc>
        <w:tc>
          <w:tcPr>
            <w:tcW w:w="1814" w:type="dxa"/>
            <w:shd w:val="clear" w:color="auto" w:fill="D9E1F2"/>
            <w:tcMar>
              <w:top w:w="70" w:type="dxa"/>
              <w:left w:w="70" w:type="dxa"/>
              <w:bottom w:w="70" w:type="dxa"/>
              <w:right w:w="70" w:type="dxa"/>
            </w:tcMar>
            <w:vAlign w:val="center"/>
          </w:tcPr>
          <w:p w14:paraId="2878A174" w14:textId="77777777" w:rsidR="00E057C4" w:rsidRDefault="00BB5B43">
            <w:pPr>
              <w:jc w:val="center"/>
            </w:pPr>
            <w:r>
              <w:rPr>
                <w:b/>
                <w:sz w:val="17"/>
              </w:rPr>
              <w:t>Thời hạn/mốc kiểm tra</w:t>
            </w:r>
          </w:p>
        </w:tc>
        <w:tc>
          <w:tcPr>
            <w:tcW w:w="2268" w:type="dxa"/>
            <w:shd w:val="clear" w:color="auto" w:fill="D9E1F2"/>
            <w:tcMar>
              <w:top w:w="70" w:type="dxa"/>
              <w:left w:w="70" w:type="dxa"/>
              <w:bottom w:w="70" w:type="dxa"/>
              <w:right w:w="70" w:type="dxa"/>
            </w:tcMar>
            <w:vAlign w:val="center"/>
          </w:tcPr>
          <w:p w14:paraId="36D6A2E0" w14:textId="77777777" w:rsidR="00E057C4" w:rsidRDefault="00BB5B43">
            <w:pPr>
              <w:jc w:val="center"/>
            </w:pPr>
            <w:r>
              <w:rPr>
                <w:b/>
                <w:sz w:val="17"/>
              </w:rPr>
              <w:t>Minh chứng hoàn thành</w:t>
            </w:r>
          </w:p>
        </w:tc>
        <w:tc>
          <w:tcPr>
            <w:tcW w:w="1020" w:type="dxa"/>
            <w:shd w:val="clear" w:color="auto" w:fill="D9E1F2"/>
            <w:tcMar>
              <w:top w:w="70" w:type="dxa"/>
              <w:left w:w="70" w:type="dxa"/>
              <w:bottom w:w="70" w:type="dxa"/>
              <w:right w:w="70" w:type="dxa"/>
            </w:tcMar>
            <w:vAlign w:val="center"/>
          </w:tcPr>
          <w:p w14:paraId="63334D01" w14:textId="77777777" w:rsidR="00E057C4" w:rsidRDefault="00BB5B43">
            <w:pPr>
              <w:jc w:val="center"/>
            </w:pPr>
            <w:r>
              <w:rPr>
                <w:b/>
                <w:sz w:val="17"/>
              </w:rPr>
              <w:t>Trạng thái</w:t>
            </w:r>
          </w:p>
        </w:tc>
      </w:tr>
      <w:tr w:rsidR="00E057C4" w14:paraId="46376CF5" w14:textId="77777777" w:rsidTr="00491794">
        <w:trPr>
          <w:jc w:val="center"/>
        </w:trPr>
        <w:tc>
          <w:tcPr>
            <w:tcW w:w="453" w:type="dxa"/>
            <w:tcMar>
              <w:top w:w="60" w:type="dxa"/>
              <w:left w:w="70" w:type="dxa"/>
              <w:bottom w:w="60" w:type="dxa"/>
              <w:right w:w="70" w:type="dxa"/>
            </w:tcMar>
          </w:tcPr>
          <w:p w14:paraId="16D384B0" w14:textId="77777777" w:rsidR="00E057C4" w:rsidRDefault="00E057C4">
            <w:pPr>
              <w:jc w:val="center"/>
            </w:pPr>
          </w:p>
        </w:tc>
        <w:tc>
          <w:tcPr>
            <w:tcW w:w="1820" w:type="dxa"/>
            <w:tcMar>
              <w:top w:w="60" w:type="dxa"/>
              <w:left w:w="70" w:type="dxa"/>
              <w:bottom w:w="60" w:type="dxa"/>
              <w:right w:w="70" w:type="dxa"/>
            </w:tcMar>
          </w:tcPr>
          <w:p w14:paraId="4B9622C3" w14:textId="77777777" w:rsidR="00E057C4" w:rsidRDefault="00E057C4"/>
        </w:tc>
        <w:tc>
          <w:tcPr>
            <w:tcW w:w="1814" w:type="dxa"/>
            <w:tcMar>
              <w:top w:w="60" w:type="dxa"/>
              <w:left w:w="70" w:type="dxa"/>
              <w:bottom w:w="60" w:type="dxa"/>
              <w:right w:w="70" w:type="dxa"/>
            </w:tcMar>
          </w:tcPr>
          <w:p w14:paraId="59C06FF9" w14:textId="77777777" w:rsidR="00E057C4" w:rsidRDefault="00E057C4"/>
        </w:tc>
        <w:tc>
          <w:tcPr>
            <w:tcW w:w="1877" w:type="dxa"/>
            <w:tcMar>
              <w:top w:w="60" w:type="dxa"/>
              <w:left w:w="70" w:type="dxa"/>
              <w:bottom w:w="60" w:type="dxa"/>
              <w:right w:w="70" w:type="dxa"/>
            </w:tcMar>
          </w:tcPr>
          <w:p w14:paraId="46949B31" w14:textId="77777777" w:rsidR="00E057C4" w:rsidRDefault="00E057C4"/>
        </w:tc>
        <w:tc>
          <w:tcPr>
            <w:tcW w:w="1360" w:type="dxa"/>
            <w:tcMar>
              <w:top w:w="60" w:type="dxa"/>
              <w:left w:w="70" w:type="dxa"/>
              <w:bottom w:w="60" w:type="dxa"/>
              <w:right w:w="70" w:type="dxa"/>
            </w:tcMar>
          </w:tcPr>
          <w:p w14:paraId="4E128AAE" w14:textId="77777777" w:rsidR="00E057C4" w:rsidRDefault="00E057C4"/>
        </w:tc>
        <w:tc>
          <w:tcPr>
            <w:tcW w:w="1360" w:type="dxa"/>
            <w:tcMar>
              <w:top w:w="60" w:type="dxa"/>
              <w:left w:w="70" w:type="dxa"/>
              <w:bottom w:w="60" w:type="dxa"/>
              <w:right w:w="70" w:type="dxa"/>
            </w:tcMar>
          </w:tcPr>
          <w:p w14:paraId="385F13EC" w14:textId="77777777" w:rsidR="00E057C4" w:rsidRDefault="00E057C4"/>
        </w:tc>
        <w:tc>
          <w:tcPr>
            <w:tcW w:w="1417" w:type="dxa"/>
            <w:tcMar>
              <w:top w:w="60" w:type="dxa"/>
              <w:left w:w="70" w:type="dxa"/>
              <w:bottom w:w="60" w:type="dxa"/>
              <w:right w:w="70" w:type="dxa"/>
            </w:tcMar>
          </w:tcPr>
          <w:p w14:paraId="328C0EFD" w14:textId="77777777" w:rsidR="00E057C4" w:rsidRDefault="00E057C4"/>
        </w:tc>
        <w:tc>
          <w:tcPr>
            <w:tcW w:w="1814" w:type="dxa"/>
            <w:tcMar>
              <w:top w:w="60" w:type="dxa"/>
              <w:left w:w="70" w:type="dxa"/>
              <w:bottom w:w="60" w:type="dxa"/>
              <w:right w:w="70" w:type="dxa"/>
            </w:tcMar>
          </w:tcPr>
          <w:p w14:paraId="4227D9F9" w14:textId="77777777" w:rsidR="00E057C4" w:rsidRDefault="00E057C4"/>
        </w:tc>
        <w:tc>
          <w:tcPr>
            <w:tcW w:w="2268" w:type="dxa"/>
            <w:tcMar>
              <w:top w:w="60" w:type="dxa"/>
              <w:left w:w="70" w:type="dxa"/>
              <w:bottom w:w="60" w:type="dxa"/>
              <w:right w:w="70" w:type="dxa"/>
            </w:tcMar>
          </w:tcPr>
          <w:p w14:paraId="0DE20C0A" w14:textId="77777777" w:rsidR="00E057C4" w:rsidRDefault="00E057C4"/>
        </w:tc>
        <w:tc>
          <w:tcPr>
            <w:tcW w:w="1020" w:type="dxa"/>
            <w:tcMar>
              <w:top w:w="60" w:type="dxa"/>
              <w:left w:w="70" w:type="dxa"/>
              <w:bottom w:w="60" w:type="dxa"/>
              <w:right w:w="70" w:type="dxa"/>
            </w:tcMar>
          </w:tcPr>
          <w:p w14:paraId="33F4824C" w14:textId="77777777" w:rsidR="00E057C4" w:rsidRDefault="00E057C4"/>
        </w:tc>
      </w:tr>
      <w:tr w:rsidR="00E057C4" w14:paraId="62AFF78D" w14:textId="77777777" w:rsidTr="00491794">
        <w:trPr>
          <w:jc w:val="center"/>
        </w:trPr>
        <w:tc>
          <w:tcPr>
            <w:tcW w:w="453" w:type="dxa"/>
            <w:tcMar>
              <w:top w:w="60" w:type="dxa"/>
              <w:left w:w="70" w:type="dxa"/>
              <w:bottom w:w="60" w:type="dxa"/>
              <w:right w:w="70" w:type="dxa"/>
            </w:tcMar>
          </w:tcPr>
          <w:p w14:paraId="575BDA8E" w14:textId="77777777" w:rsidR="00E057C4" w:rsidRDefault="00E057C4">
            <w:pPr>
              <w:jc w:val="center"/>
            </w:pPr>
          </w:p>
        </w:tc>
        <w:tc>
          <w:tcPr>
            <w:tcW w:w="1820" w:type="dxa"/>
            <w:tcMar>
              <w:top w:w="60" w:type="dxa"/>
              <w:left w:w="70" w:type="dxa"/>
              <w:bottom w:w="60" w:type="dxa"/>
              <w:right w:w="70" w:type="dxa"/>
            </w:tcMar>
          </w:tcPr>
          <w:p w14:paraId="79DC5479" w14:textId="77777777" w:rsidR="00E057C4" w:rsidRDefault="00E057C4"/>
        </w:tc>
        <w:tc>
          <w:tcPr>
            <w:tcW w:w="1814" w:type="dxa"/>
            <w:tcMar>
              <w:top w:w="60" w:type="dxa"/>
              <w:left w:w="70" w:type="dxa"/>
              <w:bottom w:w="60" w:type="dxa"/>
              <w:right w:w="70" w:type="dxa"/>
            </w:tcMar>
          </w:tcPr>
          <w:p w14:paraId="14A18C76" w14:textId="77777777" w:rsidR="00E057C4" w:rsidRDefault="00E057C4"/>
        </w:tc>
        <w:tc>
          <w:tcPr>
            <w:tcW w:w="1877" w:type="dxa"/>
            <w:tcMar>
              <w:top w:w="60" w:type="dxa"/>
              <w:left w:w="70" w:type="dxa"/>
              <w:bottom w:w="60" w:type="dxa"/>
              <w:right w:w="70" w:type="dxa"/>
            </w:tcMar>
          </w:tcPr>
          <w:p w14:paraId="149650EE" w14:textId="77777777" w:rsidR="00E057C4" w:rsidRDefault="00E057C4"/>
        </w:tc>
        <w:tc>
          <w:tcPr>
            <w:tcW w:w="1360" w:type="dxa"/>
            <w:tcMar>
              <w:top w:w="60" w:type="dxa"/>
              <w:left w:w="70" w:type="dxa"/>
              <w:bottom w:w="60" w:type="dxa"/>
              <w:right w:w="70" w:type="dxa"/>
            </w:tcMar>
          </w:tcPr>
          <w:p w14:paraId="65AB6791" w14:textId="77777777" w:rsidR="00E057C4" w:rsidRDefault="00E057C4"/>
        </w:tc>
        <w:tc>
          <w:tcPr>
            <w:tcW w:w="1360" w:type="dxa"/>
            <w:tcMar>
              <w:top w:w="60" w:type="dxa"/>
              <w:left w:w="70" w:type="dxa"/>
              <w:bottom w:w="60" w:type="dxa"/>
              <w:right w:w="70" w:type="dxa"/>
            </w:tcMar>
          </w:tcPr>
          <w:p w14:paraId="7BB10CD9" w14:textId="77777777" w:rsidR="00E057C4" w:rsidRDefault="00E057C4"/>
        </w:tc>
        <w:tc>
          <w:tcPr>
            <w:tcW w:w="1417" w:type="dxa"/>
            <w:tcMar>
              <w:top w:w="60" w:type="dxa"/>
              <w:left w:w="70" w:type="dxa"/>
              <w:bottom w:w="60" w:type="dxa"/>
              <w:right w:w="70" w:type="dxa"/>
            </w:tcMar>
          </w:tcPr>
          <w:p w14:paraId="5246E59B" w14:textId="77777777" w:rsidR="00E057C4" w:rsidRDefault="00E057C4"/>
        </w:tc>
        <w:tc>
          <w:tcPr>
            <w:tcW w:w="1814" w:type="dxa"/>
            <w:tcMar>
              <w:top w:w="60" w:type="dxa"/>
              <w:left w:w="70" w:type="dxa"/>
              <w:bottom w:w="60" w:type="dxa"/>
              <w:right w:w="70" w:type="dxa"/>
            </w:tcMar>
          </w:tcPr>
          <w:p w14:paraId="04E3400E" w14:textId="77777777" w:rsidR="00E057C4" w:rsidRDefault="00E057C4"/>
        </w:tc>
        <w:tc>
          <w:tcPr>
            <w:tcW w:w="2268" w:type="dxa"/>
            <w:tcMar>
              <w:top w:w="60" w:type="dxa"/>
              <w:left w:w="70" w:type="dxa"/>
              <w:bottom w:w="60" w:type="dxa"/>
              <w:right w:w="70" w:type="dxa"/>
            </w:tcMar>
          </w:tcPr>
          <w:p w14:paraId="1D1D1D46" w14:textId="77777777" w:rsidR="00E057C4" w:rsidRDefault="00E057C4"/>
        </w:tc>
        <w:tc>
          <w:tcPr>
            <w:tcW w:w="1020" w:type="dxa"/>
            <w:tcMar>
              <w:top w:w="60" w:type="dxa"/>
              <w:left w:w="70" w:type="dxa"/>
              <w:bottom w:w="60" w:type="dxa"/>
              <w:right w:w="70" w:type="dxa"/>
            </w:tcMar>
          </w:tcPr>
          <w:p w14:paraId="00F8C526" w14:textId="77777777" w:rsidR="00E057C4" w:rsidRDefault="00E057C4"/>
        </w:tc>
      </w:tr>
      <w:tr w:rsidR="00E057C4" w14:paraId="59F01EE3" w14:textId="77777777" w:rsidTr="00491794">
        <w:trPr>
          <w:jc w:val="center"/>
        </w:trPr>
        <w:tc>
          <w:tcPr>
            <w:tcW w:w="453" w:type="dxa"/>
            <w:tcMar>
              <w:top w:w="60" w:type="dxa"/>
              <w:left w:w="70" w:type="dxa"/>
              <w:bottom w:w="60" w:type="dxa"/>
              <w:right w:w="70" w:type="dxa"/>
            </w:tcMar>
          </w:tcPr>
          <w:p w14:paraId="13B8D7A2" w14:textId="77777777" w:rsidR="00E057C4" w:rsidRDefault="00E057C4">
            <w:pPr>
              <w:jc w:val="center"/>
            </w:pPr>
          </w:p>
        </w:tc>
        <w:tc>
          <w:tcPr>
            <w:tcW w:w="1820" w:type="dxa"/>
            <w:tcMar>
              <w:top w:w="60" w:type="dxa"/>
              <w:left w:w="70" w:type="dxa"/>
              <w:bottom w:w="60" w:type="dxa"/>
              <w:right w:w="70" w:type="dxa"/>
            </w:tcMar>
          </w:tcPr>
          <w:p w14:paraId="35352703" w14:textId="77777777" w:rsidR="00E057C4" w:rsidRDefault="00E057C4"/>
        </w:tc>
        <w:tc>
          <w:tcPr>
            <w:tcW w:w="1814" w:type="dxa"/>
            <w:tcMar>
              <w:top w:w="60" w:type="dxa"/>
              <w:left w:w="70" w:type="dxa"/>
              <w:bottom w:w="60" w:type="dxa"/>
              <w:right w:w="70" w:type="dxa"/>
            </w:tcMar>
          </w:tcPr>
          <w:p w14:paraId="53266AAA" w14:textId="77777777" w:rsidR="00E057C4" w:rsidRDefault="00E057C4"/>
        </w:tc>
        <w:tc>
          <w:tcPr>
            <w:tcW w:w="1877" w:type="dxa"/>
            <w:tcMar>
              <w:top w:w="60" w:type="dxa"/>
              <w:left w:w="70" w:type="dxa"/>
              <w:bottom w:w="60" w:type="dxa"/>
              <w:right w:w="70" w:type="dxa"/>
            </w:tcMar>
          </w:tcPr>
          <w:p w14:paraId="03D6EE07" w14:textId="77777777" w:rsidR="00E057C4" w:rsidRDefault="00E057C4"/>
        </w:tc>
        <w:tc>
          <w:tcPr>
            <w:tcW w:w="1360" w:type="dxa"/>
            <w:tcMar>
              <w:top w:w="60" w:type="dxa"/>
              <w:left w:w="70" w:type="dxa"/>
              <w:bottom w:w="60" w:type="dxa"/>
              <w:right w:w="70" w:type="dxa"/>
            </w:tcMar>
          </w:tcPr>
          <w:p w14:paraId="67763617" w14:textId="77777777" w:rsidR="00E057C4" w:rsidRDefault="00E057C4"/>
        </w:tc>
        <w:tc>
          <w:tcPr>
            <w:tcW w:w="1360" w:type="dxa"/>
            <w:tcMar>
              <w:top w:w="60" w:type="dxa"/>
              <w:left w:w="70" w:type="dxa"/>
              <w:bottom w:w="60" w:type="dxa"/>
              <w:right w:w="70" w:type="dxa"/>
            </w:tcMar>
          </w:tcPr>
          <w:p w14:paraId="3D060F5C" w14:textId="77777777" w:rsidR="00E057C4" w:rsidRDefault="00E057C4"/>
        </w:tc>
        <w:tc>
          <w:tcPr>
            <w:tcW w:w="1417" w:type="dxa"/>
            <w:tcMar>
              <w:top w:w="60" w:type="dxa"/>
              <w:left w:w="70" w:type="dxa"/>
              <w:bottom w:w="60" w:type="dxa"/>
              <w:right w:w="70" w:type="dxa"/>
            </w:tcMar>
          </w:tcPr>
          <w:p w14:paraId="2C8811B1" w14:textId="77777777" w:rsidR="00E057C4" w:rsidRDefault="00E057C4"/>
        </w:tc>
        <w:tc>
          <w:tcPr>
            <w:tcW w:w="1814" w:type="dxa"/>
            <w:tcMar>
              <w:top w:w="60" w:type="dxa"/>
              <w:left w:w="70" w:type="dxa"/>
              <w:bottom w:w="60" w:type="dxa"/>
              <w:right w:w="70" w:type="dxa"/>
            </w:tcMar>
          </w:tcPr>
          <w:p w14:paraId="7B1B81E6" w14:textId="77777777" w:rsidR="00E057C4" w:rsidRDefault="00E057C4"/>
        </w:tc>
        <w:tc>
          <w:tcPr>
            <w:tcW w:w="2268" w:type="dxa"/>
            <w:tcMar>
              <w:top w:w="60" w:type="dxa"/>
              <w:left w:w="70" w:type="dxa"/>
              <w:bottom w:w="60" w:type="dxa"/>
              <w:right w:w="70" w:type="dxa"/>
            </w:tcMar>
          </w:tcPr>
          <w:p w14:paraId="69534326" w14:textId="77777777" w:rsidR="00E057C4" w:rsidRDefault="00E057C4"/>
        </w:tc>
        <w:tc>
          <w:tcPr>
            <w:tcW w:w="1020" w:type="dxa"/>
            <w:tcMar>
              <w:top w:w="60" w:type="dxa"/>
              <w:left w:w="70" w:type="dxa"/>
              <w:bottom w:w="60" w:type="dxa"/>
              <w:right w:w="70" w:type="dxa"/>
            </w:tcMar>
          </w:tcPr>
          <w:p w14:paraId="3A43E68A" w14:textId="77777777" w:rsidR="00E057C4" w:rsidRDefault="00E057C4"/>
        </w:tc>
      </w:tr>
      <w:tr w:rsidR="00E057C4" w14:paraId="6DB9F866" w14:textId="77777777" w:rsidTr="00491794">
        <w:trPr>
          <w:jc w:val="center"/>
        </w:trPr>
        <w:tc>
          <w:tcPr>
            <w:tcW w:w="453" w:type="dxa"/>
            <w:tcMar>
              <w:top w:w="60" w:type="dxa"/>
              <w:left w:w="70" w:type="dxa"/>
              <w:bottom w:w="60" w:type="dxa"/>
              <w:right w:w="70" w:type="dxa"/>
            </w:tcMar>
          </w:tcPr>
          <w:p w14:paraId="6BDDD3BD" w14:textId="77777777" w:rsidR="00E057C4" w:rsidRDefault="00E057C4">
            <w:pPr>
              <w:jc w:val="center"/>
            </w:pPr>
          </w:p>
        </w:tc>
        <w:tc>
          <w:tcPr>
            <w:tcW w:w="1820" w:type="dxa"/>
            <w:tcMar>
              <w:top w:w="60" w:type="dxa"/>
              <w:left w:w="70" w:type="dxa"/>
              <w:bottom w:w="60" w:type="dxa"/>
              <w:right w:w="70" w:type="dxa"/>
            </w:tcMar>
          </w:tcPr>
          <w:p w14:paraId="3810DB5E" w14:textId="77777777" w:rsidR="00E057C4" w:rsidRDefault="00E057C4"/>
        </w:tc>
        <w:tc>
          <w:tcPr>
            <w:tcW w:w="1814" w:type="dxa"/>
            <w:tcMar>
              <w:top w:w="60" w:type="dxa"/>
              <w:left w:w="70" w:type="dxa"/>
              <w:bottom w:w="60" w:type="dxa"/>
              <w:right w:w="70" w:type="dxa"/>
            </w:tcMar>
          </w:tcPr>
          <w:p w14:paraId="79BC7997" w14:textId="77777777" w:rsidR="00E057C4" w:rsidRDefault="00E057C4"/>
        </w:tc>
        <w:tc>
          <w:tcPr>
            <w:tcW w:w="1877" w:type="dxa"/>
            <w:tcMar>
              <w:top w:w="60" w:type="dxa"/>
              <w:left w:w="70" w:type="dxa"/>
              <w:bottom w:w="60" w:type="dxa"/>
              <w:right w:w="70" w:type="dxa"/>
            </w:tcMar>
          </w:tcPr>
          <w:p w14:paraId="4E918AE5" w14:textId="77777777" w:rsidR="00E057C4" w:rsidRDefault="00E057C4"/>
        </w:tc>
        <w:tc>
          <w:tcPr>
            <w:tcW w:w="1360" w:type="dxa"/>
            <w:tcMar>
              <w:top w:w="60" w:type="dxa"/>
              <w:left w:w="70" w:type="dxa"/>
              <w:bottom w:w="60" w:type="dxa"/>
              <w:right w:w="70" w:type="dxa"/>
            </w:tcMar>
          </w:tcPr>
          <w:p w14:paraId="408A428A" w14:textId="77777777" w:rsidR="00E057C4" w:rsidRDefault="00E057C4"/>
        </w:tc>
        <w:tc>
          <w:tcPr>
            <w:tcW w:w="1360" w:type="dxa"/>
            <w:tcMar>
              <w:top w:w="60" w:type="dxa"/>
              <w:left w:w="70" w:type="dxa"/>
              <w:bottom w:w="60" w:type="dxa"/>
              <w:right w:w="70" w:type="dxa"/>
            </w:tcMar>
          </w:tcPr>
          <w:p w14:paraId="13278FB0" w14:textId="77777777" w:rsidR="00E057C4" w:rsidRDefault="00E057C4"/>
        </w:tc>
        <w:tc>
          <w:tcPr>
            <w:tcW w:w="1417" w:type="dxa"/>
            <w:tcMar>
              <w:top w:w="60" w:type="dxa"/>
              <w:left w:w="70" w:type="dxa"/>
              <w:bottom w:w="60" w:type="dxa"/>
              <w:right w:w="70" w:type="dxa"/>
            </w:tcMar>
          </w:tcPr>
          <w:p w14:paraId="6FC00776" w14:textId="77777777" w:rsidR="00E057C4" w:rsidRDefault="00E057C4"/>
        </w:tc>
        <w:tc>
          <w:tcPr>
            <w:tcW w:w="1814" w:type="dxa"/>
            <w:tcMar>
              <w:top w:w="60" w:type="dxa"/>
              <w:left w:w="70" w:type="dxa"/>
              <w:bottom w:w="60" w:type="dxa"/>
              <w:right w:w="70" w:type="dxa"/>
            </w:tcMar>
          </w:tcPr>
          <w:p w14:paraId="34EB205F" w14:textId="77777777" w:rsidR="00E057C4" w:rsidRDefault="00E057C4"/>
        </w:tc>
        <w:tc>
          <w:tcPr>
            <w:tcW w:w="2268" w:type="dxa"/>
            <w:tcMar>
              <w:top w:w="60" w:type="dxa"/>
              <w:left w:w="70" w:type="dxa"/>
              <w:bottom w:w="60" w:type="dxa"/>
              <w:right w:w="70" w:type="dxa"/>
            </w:tcMar>
          </w:tcPr>
          <w:p w14:paraId="3B45A292" w14:textId="77777777" w:rsidR="00E057C4" w:rsidRDefault="00E057C4"/>
        </w:tc>
        <w:tc>
          <w:tcPr>
            <w:tcW w:w="1020" w:type="dxa"/>
            <w:tcMar>
              <w:top w:w="60" w:type="dxa"/>
              <w:left w:w="70" w:type="dxa"/>
              <w:bottom w:w="60" w:type="dxa"/>
              <w:right w:w="70" w:type="dxa"/>
            </w:tcMar>
          </w:tcPr>
          <w:p w14:paraId="797A8E82" w14:textId="77777777" w:rsidR="00E057C4" w:rsidRDefault="00E057C4"/>
        </w:tc>
      </w:tr>
      <w:tr w:rsidR="00E057C4" w14:paraId="0E76E7EE" w14:textId="77777777" w:rsidTr="00491794">
        <w:trPr>
          <w:jc w:val="center"/>
        </w:trPr>
        <w:tc>
          <w:tcPr>
            <w:tcW w:w="453" w:type="dxa"/>
            <w:tcMar>
              <w:top w:w="60" w:type="dxa"/>
              <w:left w:w="70" w:type="dxa"/>
              <w:bottom w:w="60" w:type="dxa"/>
              <w:right w:w="70" w:type="dxa"/>
            </w:tcMar>
          </w:tcPr>
          <w:p w14:paraId="127B65E8" w14:textId="77777777" w:rsidR="00E057C4" w:rsidRDefault="00E057C4">
            <w:pPr>
              <w:jc w:val="center"/>
            </w:pPr>
          </w:p>
        </w:tc>
        <w:tc>
          <w:tcPr>
            <w:tcW w:w="1820" w:type="dxa"/>
            <w:tcMar>
              <w:top w:w="60" w:type="dxa"/>
              <w:left w:w="70" w:type="dxa"/>
              <w:bottom w:w="60" w:type="dxa"/>
              <w:right w:w="70" w:type="dxa"/>
            </w:tcMar>
          </w:tcPr>
          <w:p w14:paraId="23012AB5" w14:textId="77777777" w:rsidR="00E057C4" w:rsidRDefault="00E057C4"/>
        </w:tc>
        <w:tc>
          <w:tcPr>
            <w:tcW w:w="1814" w:type="dxa"/>
            <w:tcMar>
              <w:top w:w="60" w:type="dxa"/>
              <w:left w:w="70" w:type="dxa"/>
              <w:bottom w:w="60" w:type="dxa"/>
              <w:right w:w="70" w:type="dxa"/>
            </w:tcMar>
          </w:tcPr>
          <w:p w14:paraId="7ED028C8" w14:textId="77777777" w:rsidR="00E057C4" w:rsidRDefault="00E057C4"/>
        </w:tc>
        <w:tc>
          <w:tcPr>
            <w:tcW w:w="1877" w:type="dxa"/>
            <w:tcMar>
              <w:top w:w="60" w:type="dxa"/>
              <w:left w:w="70" w:type="dxa"/>
              <w:bottom w:w="60" w:type="dxa"/>
              <w:right w:w="70" w:type="dxa"/>
            </w:tcMar>
          </w:tcPr>
          <w:p w14:paraId="12B9885B" w14:textId="77777777" w:rsidR="00E057C4" w:rsidRDefault="00E057C4"/>
        </w:tc>
        <w:tc>
          <w:tcPr>
            <w:tcW w:w="1360" w:type="dxa"/>
            <w:tcMar>
              <w:top w:w="60" w:type="dxa"/>
              <w:left w:w="70" w:type="dxa"/>
              <w:bottom w:w="60" w:type="dxa"/>
              <w:right w:w="70" w:type="dxa"/>
            </w:tcMar>
          </w:tcPr>
          <w:p w14:paraId="72B0BCBC" w14:textId="77777777" w:rsidR="00E057C4" w:rsidRDefault="00E057C4"/>
        </w:tc>
        <w:tc>
          <w:tcPr>
            <w:tcW w:w="1360" w:type="dxa"/>
            <w:tcMar>
              <w:top w:w="60" w:type="dxa"/>
              <w:left w:w="70" w:type="dxa"/>
              <w:bottom w:w="60" w:type="dxa"/>
              <w:right w:w="70" w:type="dxa"/>
            </w:tcMar>
          </w:tcPr>
          <w:p w14:paraId="0145628D" w14:textId="77777777" w:rsidR="00E057C4" w:rsidRDefault="00E057C4"/>
        </w:tc>
        <w:tc>
          <w:tcPr>
            <w:tcW w:w="1417" w:type="dxa"/>
            <w:tcMar>
              <w:top w:w="60" w:type="dxa"/>
              <w:left w:w="70" w:type="dxa"/>
              <w:bottom w:w="60" w:type="dxa"/>
              <w:right w:w="70" w:type="dxa"/>
            </w:tcMar>
          </w:tcPr>
          <w:p w14:paraId="5DE25E36" w14:textId="77777777" w:rsidR="00E057C4" w:rsidRDefault="00E057C4"/>
        </w:tc>
        <w:tc>
          <w:tcPr>
            <w:tcW w:w="1814" w:type="dxa"/>
            <w:tcMar>
              <w:top w:w="60" w:type="dxa"/>
              <w:left w:w="70" w:type="dxa"/>
              <w:bottom w:w="60" w:type="dxa"/>
              <w:right w:w="70" w:type="dxa"/>
            </w:tcMar>
          </w:tcPr>
          <w:p w14:paraId="50453727" w14:textId="77777777" w:rsidR="00E057C4" w:rsidRDefault="00E057C4"/>
        </w:tc>
        <w:tc>
          <w:tcPr>
            <w:tcW w:w="2268" w:type="dxa"/>
            <w:tcMar>
              <w:top w:w="60" w:type="dxa"/>
              <w:left w:w="70" w:type="dxa"/>
              <w:bottom w:w="60" w:type="dxa"/>
              <w:right w:w="70" w:type="dxa"/>
            </w:tcMar>
          </w:tcPr>
          <w:p w14:paraId="0A61A9F0" w14:textId="77777777" w:rsidR="00E057C4" w:rsidRDefault="00E057C4"/>
        </w:tc>
        <w:tc>
          <w:tcPr>
            <w:tcW w:w="1020" w:type="dxa"/>
            <w:tcMar>
              <w:top w:w="60" w:type="dxa"/>
              <w:left w:w="70" w:type="dxa"/>
              <w:bottom w:w="60" w:type="dxa"/>
              <w:right w:w="70" w:type="dxa"/>
            </w:tcMar>
          </w:tcPr>
          <w:p w14:paraId="5FC11CB3" w14:textId="77777777" w:rsidR="00E057C4" w:rsidRDefault="00E057C4"/>
        </w:tc>
      </w:tr>
      <w:tr w:rsidR="00E057C4" w14:paraId="27523D9A" w14:textId="77777777" w:rsidTr="00491794">
        <w:trPr>
          <w:jc w:val="center"/>
        </w:trPr>
        <w:tc>
          <w:tcPr>
            <w:tcW w:w="453" w:type="dxa"/>
            <w:tcMar>
              <w:top w:w="60" w:type="dxa"/>
              <w:left w:w="70" w:type="dxa"/>
              <w:bottom w:w="60" w:type="dxa"/>
              <w:right w:w="70" w:type="dxa"/>
            </w:tcMar>
          </w:tcPr>
          <w:p w14:paraId="02AC5454" w14:textId="77777777" w:rsidR="00E057C4" w:rsidRDefault="00E057C4">
            <w:pPr>
              <w:jc w:val="center"/>
            </w:pPr>
          </w:p>
        </w:tc>
        <w:tc>
          <w:tcPr>
            <w:tcW w:w="1820" w:type="dxa"/>
            <w:tcMar>
              <w:top w:w="60" w:type="dxa"/>
              <w:left w:w="70" w:type="dxa"/>
              <w:bottom w:w="60" w:type="dxa"/>
              <w:right w:w="70" w:type="dxa"/>
            </w:tcMar>
          </w:tcPr>
          <w:p w14:paraId="282BDD34" w14:textId="77777777" w:rsidR="00E057C4" w:rsidRDefault="00E057C4"/>
        </w:tc>
        <w:tc>
          <w:tcPr>
            <w:tcW w:w="1814" w:type="dxa"/>
            <w:tcMar>
              <w:top w:w="60" w:type="dxa"/>
              <w:left w:w="70" w:type="dxa"/>
              <w:bottom w:w="60" w:type="dxa"/>
              <w:right w:w="70" w:type="dxa"/>
            </w:tcMar>
          </w:tcPr>
          <w:p w14:paraId="35D1E0B2" w14:textId="77777777" w:rsidR="00E057C4" w:rsidRDefault="00E057C4"/>
        </w:tc>
        <w:tc>
          <w:tcPr>
            <w:tcW w:w="1877" w:type="dxa"/>
            <w:tcMar>
              <w:top w:w="60" w:type="dxa"/>
              <w:left w:w="70" w:type="dxa"/>
              <w:bottom w:w="60" w:type="dxa"/>
              <w:right w:w="70" w:type="dxa"/>
            </w:tcMar>
          </w:tcPr>
          <w:p w14:paraId="4FA5DE1C" w14:textId="77777777" w:rsidR="00E057C4" w:rsidRDefault="00E057C4"/>
        </w:tc>
        <w:tc>
          <w:tcPr>
            <w:tcW w:w="1360" w:type="dxa"/>
            <w:tcMar>
              <w:top w:w="60" w:type="dxa"/>
              <w:left w:w="70" w:type="dxa"/>
              <w:bottom w:w="60" w:type="dxa"/>
              <w:right w:w="70" w:type="dxa"/>
            </w:tcMar>
          </w:tcPr>
          <w:p w14:paraId="2946C305" w14:textId="77777777" w:rsidR="00E057C4" w:rsidRDefault="00E057C4"/>
        </w:tc>
        <w:tc>
          <w:tcPr>
            <w:tcW w:w="1360" w:type="dxa"/>
            <w:tcMar>
              <w:top w:w="60" w:type="dxa"/>
              <w:left w:w="70" w:type="dxa"/>
              <w:bottom w:w="60" w:type="dxa"/>
              <w:right w:w="70" w:type="dxa"/>
            </w:tcMar>
          </w:tcPr>
          <w:p w14:paraId="1AB47168" w14:textId="77777777" w:rsidR="00E057C4" w:rsidRDefault="00E057C4"/>
        </w:tc>
        <w:tc>
          <w:tcPr>
            <w:tcW w:w="1417" w:type="dxa"/>
            <w:tcMar>
              <w:top w:w="60" w:type="dxa"/>
              <w:left w:w="70" w:type="dxa"/>
              <w:bottom w:w="60" w:type="dxa"/>
              <w:right w:w="70" w:type="dxa"/>
            </w:tcMar>
          </w:tcPr>
          <w:p w14:paraId="176F6D6A" w14:textId="77777777" w:rsidR="00E057C4" w:rsidRDefault="00E057C4"/>
        </w:tc>
        <w:tc>
          <w:tcPr>
            <w:tcW w:w="1814" w:type="dxa"/>
            <w:tcMar>
              <w:top w:w="60" w:type="dxa"/>
              <w:left w:w="70" w:type="dxa"/>
              <w:bottom w:w="60" w:type="dxa"/>
              <w:right w:w="70" w:type="dxa"/>
            </w:tcMar>
          </w:tcPr>
          <w:p w14:paraId="28C52BB0" w14:textId="77777777" w:rsidR="00E057C4" w:rsidRDefault="00E057C4"/>
        </w:tc>
        <w:tc>
          <w:tcPr>
            <w:tcW w:w="2268" w:type="dxa"/>
            <w:tcMar>
              <w:top w:w="60" w:type="dxa"/>
              <w:left w:w="70" w:type="dxa"/>
              <w:bottom w:w="60" w:type="dxa"/>
              <w:right w:w="70" w:type="dxa"/>
            </w:tcMar>
          </w:tcPr>
          <w:p w14:paraId="2F29D0E9" w14:textId="77777777" w:rsidR="00E057C4" w:rsidRDefault="00E057C4"/>
        </w:tc>
        <w:tc>
          <w:tcPr>
            <w:tcW w:w="1020" w:type="dxa"/>
            <w:tcMar>
              <w:top w:w="60" w:type="dxa"/>
              <w:left w:w="70" w:type="dxa"/>
              <w:bottom w:w="60" w:type="dxa"/>
              <w:right w:w="70" w:type="dxa"/>
            </w:tcMar>
          </w:tcPr>
          <w:p w14:paraId="7240498B" w14:textId="77777777" w:rsidR="00E057C4" w:rsidRDefault="00E057C4"/>
        </w:tc>
      </w:tr>
      <w:tr w:rsidR="00E057C4" w14:paraId="15BB4828" w14:textId="77777777" w:rsidTr="00491794">
        <w:trPr>
          <w:jc w:val="center"/>
        </w:trPr>
        <w:tc>
          <w:tcPr>
            <w:tcW w:w="453" w:type="dxa"/>
            <w:tcMar>
              <w:top w:w="60" w:type="dxa"/>
              <w:left w:w="70" w:type="dxa"/>
              <w:bottom w:w="60" w:type="dxa"/>
              <w:right w:w="70" w:type="dxa"/>
            </w:tcMar>
          </w:tcPr>
          <w:p w14:paraId="19120A33" w14:textId="77777777" w:rsidR="00E057C4" w:rsidRDefault="00E057C4">
            <w:pPr>
              <w:jc w:val="center"/>
            </w:pPr>
          </w:p>
        </w:tc>
        <w:tc>
          <w:tcPr>
            <w:tcW w:w="1820" w:type="dxa"/>
            <w:tcMar>
              <w:top w:w="60" w:type="dxa"/>
              <w:left w:w="70" w:type="dxa"/>
              <w:bottom w:w="60" w:type="dxa"/>
              <w:right w:w="70" w:type="dxa"/>
            </w:tcMar>
          </w:tcPr>
          <w:p w14:paraId="641E046B" w14:textId="77777777" w:rsidR="00E057C4" w:rsidRDefault="00E057C4"/>
        </w:tc>
        <w:tc>
          <w:tcPr>
            <w:tcW w:w="1814" w:type="dxa"/>
            <w:tcMar>
              <w:top w:w="60" w:type="dxa"/>
              <w:left w:w="70" w:type="dxa"/>
              <w:bottom w:w="60" w:type="dxa"/>
              <w:right w:w="70" w:type="dxa"/>
            </w:tcMar>
          </w:tcPr>
          <w:p w14:paraId="6E9C580E" w14:textId="77777777" w:rsidR="00E057C4" w:rsidRDefault="00E057C4"/>
        </w:tc>
        <w:tc>
          <w:tcPr>
            <w:tcW w:w="1877" w:type="dxa"/>
            <w:tcMar>
              <w:top w:w="60" w:type="dxa"/>
              <w:left w:w="70" w:type="dxa"/>
              <w:bottom w:w="60" w:type="dxa"/>
              <w:right w:w="70" w:type="dxa"/>
            </w:tcMar>
          </w:tcPr>
          <w:p w14:paraId="7EEB1375" w14:textId="77777777" w:rsidR="00E057C4" w:rsidRDefault="00E057C4"/>
        </w:tc>
        <w:tc>
          <w:tcPr>
            <w:tcW w:w="1360" w:type="dxa"/>
            <w:tcMar>
              <w:top w:w="60" w:type="dxa"/>
              <w:left w:w="70" w:type="dxa"/>
              <w:bottom w:w="60" w:type="dxa"/>
              <w:right w:w="70" w:type="dxa"/>
            </w:tcMar>
          </w:tcPr>
          <w:p w14:paraId="1B5671CF" w14:textId="77777777" w:rsidR="00E057C4" w:rsidRDefault="00E057C4"/>
        </w:tc>
        <w:tc>
          <w:tcPr>
            <w:tcW w:w="1360" w:type="dxa"/>
            <w:tcMar>
              <w:top w:w="60" w:type="dxa"/>
              <w:left w:w="70" w:type="dxa"/>
              <w:bottom w:w="60" w:type="dxa"/>
              <w:right w:w="70" w:type="dxa"/>
            </w:tcMar>
          </w:tcPr>
          <w:p w14:paraId="5E58C0E1" w14:textId="77777777" w:rsidR="00E057C4" w:rsidRDefault="00E057C4"/>
        </w:tc>
        <w:tc>
          <w:tcPr>
            <w:tcW w:w="1417" w:type="dxa"/>
            <w:tcMar>
              <w:top w:w="60" w:type="dxa"/>
              <w:left w:w="70" w:type="dxa"/>
              <w:bottom w:w="60" w:type="dxa"/>
              <w:right w:w="70" w:type="dxa"/>
            </w:tcMar>
          </w:tcPr>
          <w:p w14:paraId="0DEC57CD" w14:textId="77777777" w:rsidR="00E057C4" w:rsidRDefault="00E057C4"/>
        </w:tc>
        <w:tc>
          <w:tcPr>
            <w:tcW w:w="1814" w:type="dxa"/>
            <w:tcMar>
              <w:top w:w="60" w:type="dxa"/>
              <w:left w:w="70" w:type="dxa"/>
              <w:bottom w:w="60" w:type="dxa"/>
              <w:right w:w="70" w:type="dxa"/>
            </w:tcMar>
          </w:tcPr>
          <w:p w14:paraId="3EF101B4" w14:textId="77777777" w:rsidR="00E057C4" w:rsidRDefault="00E057C4"/>
        </w:tc>
        <w:tc>
          <w:tcPr>
            <w:tcW w:w="2268" w:type="dxa"/>
            <w:tcMar>
              <w:top w:w="60" w:type="dxa"/>
              <w:left w:w="70" w:type="dxa"/>
              <w:bottom w:w="60" w:type="dxa"/>
              <w:right w:w="70" w:type="dxa"/>
            </w:tcMar>
          </w:tcPr>
          <w:p w14:paraId="3EDB3301" w14:textId="77777777" w:rsidR="00E057C4" w:rsidRDefault="00E057C4"/>
        </w:tc>
        <w:tc>
          <w:tcPr>
            <w:tcW w:w="1020" w:type="dxa"/>
            <w:tcMar>
              <w:top w:w="60" w:type="dxa"/>
              <w:left w:w="70" w:type="dxa"/>
              <w:bottom w:w="60" w:type="dxa"/>
              <w:right w:w="70" w:type="dxa"/>
            </w:tcMar>
          </w:tcPr>
          <w:p w14:paraId="7A407451" w14:textId="77777777" w:rsidR="00E057C4" w:rsidRDefault="00E057C4"/>
        </w:tc>
      </w:tr>
      <w:tr w:rsidR="00E057C4" w14:paraId="21CABBDB" w14:textId="77777777" w:rsidTr="00491794">
        <w:trPr>
          <w:jc w:val="center"/>
        </w:trPr>
        <w:tc>
          <w:tcPr>
            <w:tcW w:w="453" w:type="dxa"/>
            <w:tcMar>
              <w:top w:w="60" w:type="dxa"/>
              <w:left w:w="70" w:type="dxa"/>
              <w:bottom w:w="60" w:type="dxa"/>
              <w:right w:w="70" w:type="dxa"/>
            </w:tcMar>
          </w:tcPr>
          <w:p w14:paraId="4CCBDC67" w14:textId="77777777" w:rsidR="00E057C4" w:rsidRDefault="00E057C4">
            <w:pPr>
              <w:jc w:val="center"/>
            </w:pPr>
          </w:p>
        </w:tc>
        <w:tc>
          <w:tcPr>
            <w:tcW w:w="1820" w:type="dxa"/>
            <w:tcMar>
              <w:top w:w="60" w:type="dxa"/>
              <w:left w:w="70" w:type="dxa"/>
              <w:bottom w:w="60" w:type="dxa"/>
              <w:right w:w="70" w:type="dxa"/>
            </w:tcMar>
          </w:tcPr>
          <w:p w14:paraId="43D34C43" w14:textId="77777777" w:rsidR="00E057C4" w:rsidRDefault="00E057C4"/>
        </w:tc>
        <w:tc>
          <w:tcPr>
            <w:tcW w:w="1814" w:type="dxa"/>
            <w:tcMar>
              <w:top w:w="60" w:type="dxa"/>
              <w:left w:w="70" w:type="dxa"/>
              <w:bottom w:w="60" w:type="dxa"/>
              <w:right w:w="70" w:type="dxa"/>
            </w:tcMar>
          </w:tcPr>
          <w:p w14:paraId="1C216EF3" w14:textId="77777777" w:rsidR="00E057C4" w:rsidRDefault="00E057C4"/>
        </w:tc>
        <w:tc>
          <w:tcPr>
            <w:tcW w:w="1877" w:type="dxa"/>
            <w:tcMar>
              <w:top w:w="60" w:type="dxa"/>
              <w:left w:w="70" w:type="dxa"/>
              <w:bottom w:w="60" w:type="dxa"/>
              <w:right w:w="70" w:type="dxa"/>
            </w:tcMar>
          </w:tcPr>
          <w:p w14:paraId="49AA1421" w14:textId="77777777" w:rsidR="00E057C4" w:rsidRDefault="00E057C4"/>
        </w:tc>
        <w:tc>
          <w:tcPr>
            <w:tcW w:w="1360" w:type="dxa"/>
            <w:tcMar>
              <w:top w:w="60" w:type="dxa"/>
              <w:left w:w="70" w:type="dxa"/>
              <w:bottom w:w="60" w:type="dxa"/>
              <w:right w:w="70" w:type="dxa"/>
            </w:tcMar>
          </w:tcPr>
          <w:p w14:paraId="1CD30424" w14:textId="77777777" w:rsidR="00E057C4" w:rsidRDefault="00E057C4"/>
        </w:tc>
        <w:tc>
          <w:tcPr>
            <w:tcW w:w="1360" w:type="dxa"/>
            <w:tcMar>
              <w:top w:w="60" w:type="dxa"/>
              <w:left w:w="70" w:type="dxa"/>
              <w:bottom w:w="60" w:type="dxa"/>
              <w:right w:w="70" w:type="dxa"/>
            </w:tcMar>
          </w:tcPr>
          <w:p w14:paraId="66529DDC" w14:textId="77777777" w:rsidR="00E057C4" w:rsidRDefault="00E057C4"/>
        </w:tc>
        <w:tc>
          <w:tcPr>
            <w:tcW w:w="1417" w:type="dxa"/>
            <w:tcMar>
              <w:top w:w="60" w:type="dxa"/>
              <w:left w:w="70" w:type="dxa"/>
              <w:bottom w:w="60" w:type="dxa"/>
              <w:right w:w="70" w:type="dxa"/>
            </w:tcMar>
          </w:tcPr>
          <w:p w14:paraId="0A7EF763" w14:textId="77777777" w:rsidR="00E057C4" w:rsidRDefault="00E057C4"/>
        </w:tc>
        <w:tc>
          <w:tcPr>
            <w:tcW w:w="1814" w:type="dxa"/>
            <w:tcMar>
              <w:top w:w="60" w:type="dxa"/>
              <w:left w:w="70" w:type="dxa"/>
              <w:bottom w:w="60" w:type="dxa"/>
              <w:right w:w="70" w:type="dxa"/>
            </w:tcMar>
          </w:tcPr>
          <w:p w14:paraId="43E54B1C" w14:textId="77777777" w:rsidR="00E057C4" w:rsidRDefault="00E057C4"/>
        </w:tc>
        <w:tc>
          <w:tcPr>
            <w:tcW w:w="2268" w:type="dxa"/>
            <w:tcMar>
              <w:top w:w="60" w:type="dxa"/>
              <w:left w:w="70" w:type="dxa"/>
              <w:bottom w:w="60" w:type="dxa"/>
              <w:right w:w="70" w:type="dxa"/>
            </w:tcMar>
          </w:tcPr>
          <w:p w14:paraId="4E7F4936" w14:textId="77777777" w:rsidR="00E057C4" w:rsidRDefault="00E057C4"/>
        </w:tc>
        <w:tc>
          <w:tcPr>
            <w:tcW w:w="1020" w:type="dxa"/>
            <w:tcMar>
              <w:top w:w="60" w:type="dxa"/>
              <w:left w:w="70" w:type="dxa"/>
              <w:bottom w:w="60" w:type="dxa"/>
              <w:right w:w="70" w:type="dxa"/>
            </w:tcMar>
          </w:tcPr>
          <w:p w14:paraId="042886DF" w14:textId="77777777" w:rsidR="00E057C4" w:rsidRDefault="00E057C4"/>
        </w:tc>
      </w:tr>
    </w:tbl>
    <w:p w14:paraId="799585CA" w14:textId="77777777" w:rsidR="00E057C4" w:rsidRDefault="00E057C4">
      <w:pPr>
        <w:spacing w:after="0"/>
      </w:pPr>
    </w:p>
    <w:p w14:paraId="783A904A" w14:textId="77777777" w:rsidR="00E057C4" w:rsidRDefault="00BB5B43">
      <w:pPr>
        <w:spacing w:after="80"/>
      </w:pPr>
      <w:r>
        <w:rPr>
          <w:i/>
          <w:sz w:val="21"/>
        </w:rPr>
        <w:t>Quy ước trạng thái: Chưa thực hiện - Đang thực hiện - Hoàn thành - Quá hạn - Cần điều chỉnh. Kết quả “Hoàn thành” chỉ được xác nhận khi có minh chứng và chỉ số sau cải tiến đạt mục tiêu hoặc có giải trình được phê duyệt.</w:t>
      </w:r>
    </w:p>
    <w:p w14:paraId="79BE5519" w14:textId="77777777" w:rsidR="00E057C4" w:rsidRDefault="00E057C4">
      <w:pPr>
        <w:sectPr w:rsidR="00E057C4">
          <w:footerReference w:type="default" r:id="rId11"/>
          <w:pgSz w:w="16838" w:h="11906" w:orient="landscape"/>
          <w:pgMar w:top="1020" w:right="1134" w:bottom="1020" w:left="1134" w:header="567" w:footer="567" w:gutter="0"/>
          <w:cols w:space="720"/>
          <w:docGrid w:linePitch="360"/>
        </w:sectPr>
      </w:pPr>
    </w:p>
    <w:p w14:paraId="15D3A7C8" w14:textId="77777777" w:rsidR="00E057C4" w:rsidRDefault="00BB5B43">
      <w:pPr>
        <w:spacing w:after="40"/>
        <w:jc w:val="center"/>
      </w:pPr>
      <w:r>
        <w:rPr>
          <w:b/>
          <w:sz w:val="28"/>
        </w:rPr>
        <w:lastRenderedPageBreak/>
        <w:t>PHỤ LỤC 5</w:t>
      </w:r>
    </w:p>
    <w:p w14:paraId="73D85555" w14:textId="77777777" w:rsidR="00E057C4" w:rsidRDefault="00BB5B43">
      <w:pPr>
        <w:spacing w:after="40"/>
        <w:jc w:val="center"/>
      </w:pPr>
      <w:r>
        <w:rPr>
          <w:b/>
        </w:rPr>
        <w:t>PHIẾU LỰA CHỌN CHUẨN VÀ ĐỐI TÁC ĐỐI SÁNH</w:t>
      </w:r>
    </w:p>
    <w:p w14:paraId="4D4E8820" w14:textId="77777777" w:rsidR="00E057C4" w:rsidRDefault="00BB5B43">
      <w:pPr>
        <w:spacing w:after="120"/>
        <w:jc w:val="center"/>
      </w:pPr>
      <w:r>
        <w:rPr>
          <w:i/>
          <w:sz w:val="23"/>
        </w:rPr>
        <w:t xml:space="preserve">(Kèm theo Hướng dẫn số .../HD-ĐHTN ngày </w:t>
      </w:r>
      <w:proofErr w:type="gramStart"/>
      <w:r>
        <w:rPr>
          <w:i/>
          <w:sz w:val="23"/>
        </w:rPr>
        <w:t>.....</w:t>
      </w:r>
      <w:proofErr w:type="gramEnd"/>
      <w:r>
        <w:rPr>
          <w:i/>
          <w:sz w:val="23"/>
        </w:rPr>
        <w:t xml:space="preserve"> tháng 8 năm 2026 của Trường Đại học Tây Nguyên)</w:t>
      </w:r>
    </w:p>
    <w:tbl>
      <w:tblPr>
        <w:tblStyle w:val="TableGrid"/>
        <w:tblW w:w="0" w:type="auto"/>
        <w:jc w:val="center"/>
        <w:tblLayout w:type="fixed"/>
        <w:tblLook w:val="04A0" w:firstRow="1" w:lastRow="0" w:firstColumn="1" w:lastColumn="0" w:noHBand="0" w:noVBand="1"/>
      </w:tblPr>
      <w:tblGrid>
        <w:gridCol w:w="3415"/>
        <w:gridCol w:w="5643"/>
      </w:tblGrid>
      <w:tr w:rsidR="00E057C4" w14:paraId="21BAC262" w14:textId="77777777" w:rsidTr="00491794">
        <w:trPr>
          <w:tblHeader/>
          <w:jc w:val="center"/>
        </w:trPr>
        <w:tc>
          <w:tcPr>
            <w:tcW w:w="3415" w:type="dxa"/>
            <w:shd w:val="clear" w:color="auto" w:fill="D9E1F2"/>
            <w:tcMar>
              <w:top w:w="70" w:type="dxa"/>
              <w:left w:w="70" w:type="dxa"/>
              <w:bottom w:w="70" w:type="dxa"/>
              <w:right w:w="70" w:type="dxa"/>
            </w:tcMar>
            <w:vAlign w:val="center"/>
          </w:tcPr>
          <w:p w14:paraId="58C92358" w14:textId="77777777" w:rsidR="00E057C4" w:rsidRDefault="00BB5B43">
            <w:pPr>
              <w:jc w:val="center"/>
            </w:pPr>
            <w:r>
              <w:rPr>
                <w:b/>
                <w:sz w:val="22"/>
              </w:rPr>
              <w:t>Thông tin</w:t>
            </w:r>
          </w:p>
        </w:tc>
        <w:tc>
          <w:tcPr>
            <w:tcW w:w="5643" w:type="dxa"/>
            <w:shd w:val="clear" w:color="auto" w:fill="D9E1F2"/>
            <w:tcMar>
              <w:top w:w="70" w:type="dxa"/>
              <w:left w:w="70" w:type="dxa"/>
              <w:bottom w:w="70" w:type="dxa"/>
              <w:right w:w="70" w:type="dxa"/>
            </w:tcMar>
            <w:vAlign w:val="center"/>
          </w:tcPr>
          <w:p w14:paraId="375DBA24" w14:textId="77777777" w:rsidR="00E057C4" w:rsidRDefault="00BB5B43">
            <w:pPr>
              <w:jc w:val="center"/>
            </w:pPr>
            <w:r>
              <w:rPr>
                <w:b/>
                <w:sz w:val="22"/>
              </w:rPr>
              <w:t>Nội dung</w:t>
            </w:r>
          </w:p>
        </w:tc>
      </w:tr>
      <w:tr w:rsidR="00E057C4" w14:paraId="27E720DB" w14:textId="77777777" w:rsidTr="00491794">
        <w:trPr>
          <w:jc w:val="center"/>
        </w:trPr>
        <w:tc>
          <w:tcPr>
            <w:tcW w:w="3415" w:type="dxa"/>
            <w:tcMar>
              <w:top w:w="60" w:type="dxa"/>
              <w:left w:w="70" w:type="dxa"/>
              <w:bottom w:w="60" w:type="dxa"/>
              <w:right w:w="70" w:type="dxa"/>
            </w:tcMar>
          </w:tcPr>
          <w:p w14:paraId="14BFF223" w14:textId="77777777" w:rsidR="00E057C4" w:rsidRDefault="00BB5B43">
            <w:pPr>
              <w:jc w:val="center"/>
            </w:pPr>
            <w:r>
              <w:rPr>
                <w:sz w:val="22"/>
              </w:rPr>
              <w:t>Tên CTĐT/đơn vị</w:t>
            </w:r>
          </w:p>
        </w:tc>
        <w:tc>
          <w:tcPr>
            <w:tcW w:w="5643" w:type="dxa"/>
            <w:tcMar>
              <w:top w:w="60" w:type="dxa"/>
              <w:left w:w="70" w:type="dxa"/>
              <w:bottom w:w="60" w:type="dxa"/>
              <w:right w:w="70" w:type="dxa"/>
            </w:tcMar>
          </w:tcPr>
          <w:p w14:paraId="22B8D599" w14:textId="77777777" w:rsidR="00E057C4" w:rsidRDefault="00BB5B43">
            <w:r>
              <w:rPr>
                <w:sz w:val="22"/>
              </w:rPr>
              <w:t>...................................................................................................................</w:t>
            </w:r>
          </w:p>
        </w:tc>
      </w:tr>
      <w:tr w:rsidR="00E057C4" w14:paraId="492DC13B" w14:textId="77777777" w:rsidTr="00491794">
        <w:trPr>
          <w:jc w:val="center"/>
        </w:trPr>
        <w:tc>
          <w:tcPr>
            <w:tcW w:w="3415" w:type="dxa"/>
            <w:tcMar>
              <w:top w:w="60" w:type="dxa"/>
              <w:left w:w="70" w:type="dxa"/>
              <w:bottom w:w="60" w:type="dxa"/>
              <w:right w:w="70" w:type="dxa"/>
            </w:tcMar>
          </w:tcPr>
          <w:p w14:paraId="68E435F7" w14:textId="77777777" w:rsidR="00E057C4" w:rsidRDefault="00BB5B43">
            <w:pPr>
              <w:jc w:val="center"/>
            </w:pPr>
            <w:r>
              <w:rPr>
                <w:sz w:val="22"/>
              </w:rPr>
              <w:t>Mục tiêu đối sánh</w:t>
            </w:r>
          </w:p>
        </w:tc>
        <w:tc>
          <w:tcPr>
            <w:tcW w:w="5643" w:type="dxa"/>
            <w:tcMar>
              <w:top w:w="60" w:type="dxa"/>
              <w:left w:w="70" w:type="dxa"/>
              <w:bottom w:w="60" w:type="dxa"/>
              <w:right w:w="70" w:type="dxa"/>
            </w:tcMar>
          </w:tcPr>
          <w:p w14:paraId="15F73EB7" w14:textId="77777777" w:rsidR="00E057C4" w:rsidRDefault="00BB5B43">
            <w:r>
              <w:rPr>
                <w:sz w:val="22"/>
              </w:rPr>
              <w:t>...................................................................................................................</w:t>
            </w:r>
          </w:p>
        </w:tc>
      </w:tr>
      <w:tr w:rsidR="00E057C4" w14:paraId="6329EB44" w14:textId="77777777" w:rsidTr="00491794">
        <w:trPr>
          <w:jc w:val="center"/>
        </w:trPr>
        <w:tc>
          <w:tcPr>
            <w:tcW w:w="3415" w:type="dxa"/>
            <w:tcMar>
              <w:top w:w="60" w:type="dxa"/>
              <w:left w:w="70" w:type="dxa"/>
              <w:bottom w:w="60" w:type="dxa"/>
              <w:right w:w="70" w:type="dxa"/>
            </w:tcMar>
          </w:tcPr>
          <w:p w14:paraId="7B5ACA99" w14:textId="77777777" w:rsidR="00E057C4" w:rsidRDefault="00BB5B43">
            <w:pPr>
              <w:jc w:val="center"/>
            </w:pPr>
            <w:r>
              <w:rPr>
                <w:sz w:val="22"/>
              </w:rPr>
              <w:t>Nhóm chỉ số/lĩnh vực</w:t>
            </w:r>
          </w:p>
        </w:tc>
        <w:tc>
          <w:tcPr>
            <w:tcW w:w="5643" w:type="dxa"/>
            <w:tcMar>
              <w:top w:w="60" w:type="dxa"/>
              <w:left w:w="70" w:type="dxa"/>
              <w:bottom w:w="60" w:type="dxa"/>
              <w:right w:w="70" w:type="dxa"/>
            </w:tcMar>
          </w:tcPr>
          <w:p w14:paraId="651B4B70" w14:textId="77777777" w:rsidR="00E057C4" w:rsidRDefault="00BB5B43">
            <w:r>
              <w:rPr>
                <w:sz w:val="22"/>
              </w:rPr>
              <w:t>...................................................................................................................</w:t>
            </w:r>
          </w:p>
        </w:tc>
      </w:tr>
      <w:tr w:rsidR="00E057C4" w14:paraId="6135D598" w14:textId="77777777" w:rsidTr="00491794">
        <w:trPr>
          <w:jc w:val="center"/>
        </w:trPr>
        <w:tc>
          <w:tcPr>
            <w:tcW w:w="3415" w:type="dxa"/>
            <w:tcMar>
              <w:top w:w="60" w:type="dxa"/>
              <w:left w:w="70" w:type="dxa"/>
              <w:bottom w:w="60" w:type="dxa"/>
              <w:right w:w="70" w:type="dxa"/>
            </w:tcMar>
          </w:tcPr>
          <w:p w14:paraId="5A3378E7" w14:textId="77777777" w:rsidR="00E057C4" w:rsidRDefault="00BB5B43">
            <w:pPr>
              <w:jc w:val="center"/>
            </w:pPr>
            <w:r>
              <w:rPr>
                <w:sz w:val="22"/>
              </w:rPr>
              <w:t>Chuẩn pháp lý/nội bộ</w:t>
            </w:r>
          </w:p>
        </w:tc>
        <w:tc>
          <w:tcPr>
            <w:tcW w:w="5643" w:type="dxa"/>
            <w:tcMar>
              <w:top w:w="60" w:type="dxa"/>
              <w:left w:w="70" w:type="dxa"/>
              <w:bottom w:w="60" w:type="dxa"/>
              <w:right w:w="70" w:type="dxa"/>
            </w:tcMar>
          </w:tcPr>
          <w:p w14:paraId="03B210A9" w14:textId="77777777" w:rsidR="00E057C4" w:rsidRDefault="00BB5B43">
            <w:r>
              <w:rPr>
                <w:sz w:val="22"/>
              </w:rPr>
              <w:t>...................................................................................................................</w:t>
            </w:r>
          </w:p>
        </w:tc>
      </w:tr>
      <w:tr w:rsidR="00E057C4" w14:paraId="21D45283" w14:textId="77777777" w:rsidTr="00491794">
        <w:trPr>
          <w:jc w:val="center"/>
        </w:trPr>
        <w:tc>
          <w:tcPr>
            <w:tcW w:w="3415" w:type="dxa"/>
            <w:tcMar>
              <w:top w:w="60" w:type="dxa"/>
              <w:left w:w="70" w:type="dxa"/>
              <w:bottom w:w="60" w:type="dxa"/>
              <w:right w:w="70" w:type="dxa"/>
            </w:tcMar>
          </w:tcPr>
          <w:p w14:paraId="69501CE1" w14:textId="77777777" w:rsidR="00E057C4" w:rsidRDefault="00BB5B43">
            <w:pPr>
              <w:jc w:val="center"/>
            </w:pPr>
            <w:r>
              <w:rPr>
                <w:sz w:val="22"/>
              </w:rPr>
              <w:t>Đối tác tương đồng (peer)</w:t>
            </w:r>
          </w:p>
        </w:tc>
        <w:tc>
          <w:tcPr>
            <w:tcW w:w="5643" w:type="dxa"/>
            <w:tcMar>
              <w:top w:w="60" w:type="dxa"/>
              <w:left w:w="70" w:type="dxa"/>
              <w:bottom w:w="60" w:type="dxa"/>
              <w:right w:w="70" w:type="dxa"/>
            </w:tcMar>
          </w:tcPr>
          <w:p w14:paraId="4170DCD3" w14:textId="77777777" w:rsidR="00E057C4" w:rsidRDefault="00BB5B43">
            <w:r>
              <w:rPr>
                <w:sz w:val="22"/>
              </w:rPr>
              <w:t>...................................................................................................................</w:t>
            </w:r>
          </w:p>
        </w:tc>
      </w:tr>
      <w:tr w:rsidR="00E057C4" w14:paraId="12247166" w14:textId="77777777" w:rsidTr="00491794">
        <w:trPr>
          <w:jc w:val="center"/>
        </w:trPr>
        <w:tc>
          <w:tcPr>
            <w:tcW w:w="3415" w:type="dxa"/>
            <w:tcMar>
              <w:top w:w="60" w:type="dxa"/>
              <w:left w:w="70" w:type="dxa"/>
              <w:bottom w:w="60" w:type="dxa"/>
              <w:right w:w="70" w:type="dxa"/>
            </w:tcMar>
          </w:tcPr>
          <w:p w14:paraId="696E267B" w14:textId="77777777" w:rsidR="00E057C4" w:rsidRDefault="00BB5B43">
            <w:pPr>
              <w:jc w:val="center"/>
            </w:pPr>
            <w:r>
              <w:rPr>
                <w:sz w:val="22"/>
              </w:rPr>
              <w:t>Đối tác định hướng cao hơn (aspirational)</w:t>
            </w:r>
          </w:p>
        </w:tc>
        <w:tc>
          <w:tcPr>
            <w:tcW w:w="5643" w:type="dxa"/>
            <w:tcMar>
              <w:top w:w="60" w:type="dxa"/>
              <w:left w:w="70" w:type="dxa"/>
              <w:bottom w:w="60" w:type="dxa"/>
              <w:right w:w="70" w:type="dxa"/>
            </w:tcMar>
          </w:tcPr>
          <w:p w14:paraId="41C7340B" w14:textId="77777777" w:rsidR="00E057C4" w:rsidRDefault="00BB5B43">
            <w:r>
              <w:rPr>
                <w:sz w:val="22"/>
              </w:rPr>
              <w:t>...................................................................................................................</w:t>
            </w:r>
          </w:p>
        </w:tc>
      </w:tr>
    </w:tbl>
    <w:p w14:paraId="1B1F2302" w14:textId="77777777" w:rsidR="00E057C4" w:rsidRDefault="00E057C4">
      <w:pPr>
        <w:spacing w:after="0"/>
      </w:pPr>
    </w:p>
    <w:tbl>
      <w:tblPr>
        <w:tblStyle w:val="TableGrid"/>
        <w:tblW w:w="0" w:type="auto"/>
        <w:jc w:val="center"/>
        <w:tblLayout w:type="fixed"/>
        <w:tblLook w:val="04A0" w:firstRow="1" w:lastRow="0" w:firstColumn="1" w:lastColumn="0" w:noHBand="0" w:noVBand="1"/>
      </w:tblPr>
      <w:tblGrid>
        <w:gridCol w:w="878"/>
        <w:gridCol w:w="3969"/>
        <w:gridCol w:w="1587"/>
        <w:gridCol w:w="2552"/>
      </w:tblGrid>
      <w:tr w:rsidR="00E057C4" w14:paraId="6E588419" w14:textId="77777777" w:rsidTr="00491794">
        <w:trPr>
          <w:tblHeader/>
          <w:jc w:val="center"/>
        </w:trPr>
        <w:tc>
          <w:tcPr>
            <w:tcW w:w="878" w:type="dxa"/>
            <w:shd w:val="clear" w:color="auto" w:fill="D9E1F2"/>
            <w:tcMar>
              <w:top w:w="70" w:type="dxa"/>
              <w:left w:w="70" w:type="dxa"/>
              <w:bottom w:w="70" w:type="dxa"/>
              <w:right w:w="70" w:type="dxa"/>
            </w:tcMar>
            <w:vAlign w:val="center"/>
          </w:tcPr>
          <w:p w14:paraId="148ECC1C" w14:textId="77777777" w:rsidR="00E057C4" w:rsidRDefault="00BB5B43">
            <w:pPr>
              <w:jc w:val="center"/>
            </w:pPr>
            <w:r>
              <w:rPr>
                <w:b/>
                <w:sz w:val="20"/>
              </w:rPr>
              <w:t>TT</w:t>
            </w:r>
          </w:p>
        </w:tc>
        <w:tc>
          <w:tcPr>
            <w:tcW w:w="3969" w:type="dxa"/>
            <w:shd w:val="clear" w:color="auto" w:fill="D9E1F2"/>
            <w:tcMar>
              <w:top w:w="70" w:type="dxa"/>
              <w:left w:w="70" w:type="dxa"/>
              <w:bottom w:w="70" w:type="dxa"/>
              <w:right w:w="70" w:type="dxa"/>
            </w:tcMar>
            <w:vAlign w:val="center"/>
          </w:tcPr>
          <w:p w14:paraId="4539137B" w14:textId="77777777" w:rsidR="00E057C4" w:rsidRDefault="00BB5B43">
            <w:pPr>
              <w:jc w:val="center"/>
            </w:pPr>
            <w:r>
              <w:rPr>
                <w:b/>
                <w:sz w:val="20"/>
              </w:rPr>
              <w:t>Tiêu chí</w:t>
            </w:r>
          </w:p>
        </w:tc>
        <w:tc>
          <w:tcPr>
            <w:tcW w:w="1587" w:type="dxa"/>
            <w:shd w:val="clear" w:color="auto" w:fill="D9E1F2"/>
            <w:tcMar>
              <w:top w:w="70" w:type="dxa"/>
              <w:left w:w="70" w:type="dxa"/>
              <w:bottom w:w="70" w:type="dxa"/>
              <w:right w:w="70" w:type="dxa"/>
            </w:tcMar>
            <w:vAlign w:val="center"/>
          </w:tcPr>
          <w:p w14:paraId="39AD3033" w14:textId="77777777" w:rsidR="00E057C4" w:rsidRDefault="00BB5B43">
            <w:pPr>
              <w:jc w:val="center"/>
            </w:pPr>
            <w:r>
              <w:rPr>
                <w:b/>
                <w:sz w:val="20"/>
              </w:rPr>
              <w:t>Đáp ứng/không đáp ứng</w:t>
            </w:r>
          </w:p>
        </w:tc>
        <w:tc>
          <w:tcPr>
            <w:tcW w:w="2552" w:type="dxa"/>
            <w:shd w:val="clear" w:color="auto" w:fill="D9E1F2"/>
            <w:tcMar>
              <w:top w:w="70" w:type="dxa"/>
              <w:left w:w="70" w:type="dxa"/>
              <w:bottom w:w="70" w:type="dxa"/>
              <w:right w:w="70" w:type="dxa"/>
            </w:tcMar>
            <w:vAlign w:val="center"/>
          </w:tcPr>
          <w:p w14:paraId="441ED830" w14:textId="77777777" w:rsidR="00E057C4" w:rsidRDefault="00BB5B43">
            <w:pPr>
              <w:jc w:val="center"/>
            </w:pPr>
            <w:r>
              <w:rPr>
                <w:b/>
                <w:sz w:val="20"/>
              </w:rPr>
              <w:t>Minh chứng/nhận xét</w:t>
            </w:r>
          </w:p>
        </w:tc>
      </w:tr>
      <w:tr w:rsidR="00E057C4" w14:paraId="66A8D1E8" w14:textId="77777777" w:rsidTr="00491794">
        <w:trPr>
          <w:jc w:val="center"/>
        </w:trPr>
        <w:tc>
          <w:tcPr>
            <w:tcW w:w="878" w:type="dxa"/>
            <w:tcMar>
              <w:top w:w="60" w:type="dxa"/>
              <w:left w:w="70" w:type="dxa"/>
              <w:bottom w:w="60" w:type="dxa"/>
              <w:right w:w="70" w:type="dxa"/>
            </w:tcMar>
          </w:tcPr>
          <w:p w14:paraId="54D0AB0B" w14:textId="77777777" w:rsidR="00E057C4" w:rsidRDefault="00BB5B43">
            <w:pPr>
              <w:jc w:val="center"/>
            </w:pPr>
            <w:r>
              <w:rPr>
                <w:sz w:val="20"/>
              </w:rPr>
              <w:t>1</w:t>
            </w:r>
          </w:p>
        </w:tc>
        <w:tc>
          <w:tcPr>
            <w:tcW w:w="3969" w:type="dxa"/>
            <w:tcMar>
              <w:top w:w="60" w:type="dxa"/>
              <w:left w:w="70" w:type="dxa"/>
              <w:bottom w:w="60" w:type="dxa"/>
              <w:right w:w="70" w:type="dxa"/>
            </w:tcMar>
          </w:tcPr>
          <w:p w14:paraId="643E977E" w14:textId="77777777" w:rsidR="00E057C4" w:rsidRDefault="00BB5B43">
            <w:r>
              <w:rPr>
                <w:sz w:val="20"/>
              </w:rPr>
              <w:t>Tư cách pháp lý, uy tín học thuật và dữ liệu xác thực</w:t>
            </w:r>
          </w:p>
        </w:tc>
        <w:tc>
          <w:tcPr>
            <w:tcW w:w="1587" w:type="dxa"/>
            <w:tcMar>
              <w:top w:w="60" w:type="dxa"/>
              <w:left w:w="70" w:type="dxa"/>
              <w:bottom w:w="60" w:type="dxa"/>
              <w:right w:w="70" w:type="dxa"/>
            </w:tcMar>
          </w:tcPr>
          <w:p w14:paraId="50469616" w14:textId="77777777" w:rsidR="00E057C4" w:rsidRDefault="00E057C4"/>
        </w:tc>
        <w:tc>
          <w:tcPr>
            <w:tcW w:w="2552" w:type="dxa"/>
            <w:tcMar>
              <w:top w:w="60" w:type="dxa"/>
              <w:left w:w="70" w:type="dxa"/>
              <w:bottom w:w="60" w:type="dxa"/>
              <w:right w:w="70" w:type="dxa"/>
            </w:tcMar>
          </w:tcPr>
          <w:p w14:paraId="3EF8B79D" w14:textId="77777777" w:rsidR="00E057C4" w:rsidRDefault="00E057C4"/>
        </w:tc>
      </w:tr>
      <w:tr w:rsidR="00E057C4" w14:paraId="1E4740D3" w14:textId="77777777" w:rsidTr="00491794">
        <w:trPr>
          <w:jc w:val="center"/>
        </w:trPr>
        <w:tc>
          <w:tcPr>
            <w:tcW w:w="878" w:type="dxa"/>
            <w:tcMar>
              <w:top w:w="60" w:type="dxa"/>
              <w:left w:w="70" w:type="dxa"/>
              <w:bottom w:w="60" w:type="dxa"/>
              <w:right w:w="70" w:type="dxa"/>
            </w:tcMar>
          </w:tcPr>
          <w:p w14:paraId="7589A33F" w14:textId="77777777" w:rsidR="00E057C4" w:rsidRDefault="00BB5B43">
            <w:pPr>
              <w:jc w:val="center"/>
            </w:pPr>
            <w:r>
              <w:rPr>
                <w:sz w:val="20"/>
              </w:rPr>
              <w:t>2</w:t>
            </w:r>
          </w:p>
        </w:tc>
        <w:tc>
          <w:tcPr>
            <w:tcW w:w="3969" w:type="dxa"/>
            <w:tcMar>
              <w:top w:w="60" w:type="dxa"/>
              <w:left w:w="70" w:type="dxa"/>
              <w:bottom w:w="60" w:type="dxa"/>
              <w:right w:w="70" w:type="dxa"/>
            </w:tcMar>
          </w:tcPr>
          <w:p w14:paraId="3C488C4B" w14:textId="77777777" w:rsidR="00E057C4" w:rsidRDefault="00BB5B43">
            <w:r>
              <w:rPr>
                <w:sz w:val="20"/>
              </w:rPr>
              <w:t>Cùng trình độ, ngành/nhóm ngành hoặc định hướng gần nhau</w:t>
            </w:r>
          </w:p>
        </w:tc>
        <w:tc>
          <w:tcPr>
            <w:tcW w:w="1587" w:type="dxa"/>
            <w:tcMar>
              <w:top w:w="60" w:type="dxa"/>
              <w:left w:w="70" w:type="dxa"/>
              <w:bottom w:w="60" w:type="dxa"/>
              <w:right w:w="70" w:type="dxa"/>
            </w:tcMar>
          </w:tcPr>
          <w:p w14:paraId="463ADC02" w14:textId="77777777" w:rsidR="00E057C4" w:rsidRDefault="00E057C4"/>
        </w:tc>
        <w:tc>
          <w:tcPr>
            <w:tcW w:w="2552" w:type="dxa"/>
            <w:tcMar>
              <w:top w:w="60" w:type="dxa"/>
              <w:left w:w="70" w:type="dxa"/>
              <w:bottom w:w="60" w:type="dxa"/>
              <w:right w:w="70" w:type="dxa"/>
            </w:tcMar>
          </w:tcPr>
          <w:p w14:paraId="5B170C7F" w14:textId="77777777" w:rsidR="00E057C4" w:rsidRDefault="00E057C4"/>
        </w:tc>
      </w:tr>
      <w:tr w:rsidR="00E057C4" w14:paraId="0FEDDBE6" w14:textId="77777777" w:rsidTr="00491794">
        <w:trPr>
          <w:jc w:val="center"/>
        </w:trPr>
        <w:tc>
          <w:tcPr>
            <w:tcW w:w="878" w:type="dxa"/>
            <w:tcMar>
              <w:top w:w="60" w:type="dxa"/>
              <w:left w:w="70" w:type="dxa"/>
              <w:bottom w:w="60" w:type="dxa"/>
              <w:right w:w="70" w:type="dxa"/>
            </w:tcMar>
          </w:tcPr>
          <w:p w14:paraId="2E8EAC94" w14:textId="77777777" w:rsidR="00E057C4" w:rsidRDefault="00BB5B43">
            <w:pPr>
              <w:jc w:val="center"/>
            </w:pPr>
            <w:r>
              <w:rPr>
                <w:sz w:val="20"/>
              </w:rPr>
              <w:t>3</w:t>
            </w:r>
          </w:p>
        </w:tc>
        <w:tc>
          <w:tcPr>
            <w:tcW w:w="3969" w:type="dxa"/>
            <w:tcMar>
              <w:top w:w="60" w:type="dxa"/>
              <w:left w:w="70" w:type="dxa"/>
              <w:bottom w:w="60" w:type="dxa"/>
              <w:right w:w="70" w:type="dxa"/>
            </w:tcMar>
          </w:tcPr>
          <w:p w14:paraId="327F8002" w14:textId="77777777" w:rsidR="00E057C4" w:rsidRDefault="00BB5B43">
            <w:r>
              <w:rPr>
                <w:sz w:val="20"/>
              </w:rPr>
              <w:t>Quy mô người học/đội ngũ có thể so sánh</w:t>
            </w:r>
          </w:p>
        </w:tc>
        <w:tc>
          <w:tcPr>
            <w:tcW w:w="1587" w:type="dxa"/>
            <w:tcMar>
              <w:top w:w="60" w:type="dxa"/>
              <w:left w:w="70" w:type="dxa"/>
              <w:bottom w:w="60" w:type="dxa"/>
              <w:right w:w="70" w:type="dxa"/>
            </w:tcMar>
          </w:tcPr>
          <w:p w14:paraId="605EA930" w14:textId="77777777" w:rsidR="00E057C4" w:rsidRDefault="00E057C4"/>
        </w:tc>
        <w:tc>
          <w:tcPr>
            <w:tcW w:w="2552" w:type="dxa"/>
            <w:tcMar>
              <w:top w:w="60" w:type="dxa"/>
              <w:left w:w="70" w:type="dxa"/>
              <w:bottom w:w="60" w:type="dxa"/>
              <w:right w:w="70" w:type="dxa"/>
            </w:tcMar>
          </w:tcPr>
          <w:p w14:paraId="2A8D75D3" w14:textId="77777777" w:rsidR="00E057C4" w:rsidRDefault="00E057C4"/>
        </w:tc>
      </w:tr>
      <w:tr w:rsidR="00E057C4" w14:paraId="3BC21A7B" w14:textId="77777777" w:rsidTr="00491794">
        <w:trPr>
          <w:jc w:val="center"/>
        </w:trPr>
        <w:tc>
          <w:tcPr>
            <w:tcW w:w="878" w:type="dxa"/>
            <w:tcMar>
              <w:top w:w="60" w:type="dxa"/>
              <w:left w:w="70" w:type="dxa"/>
              <w:bottom w:w="60" w:type="dxa"/>
              <w:right w:w="70" w:type="dxa"/>
            </w:tcMar>
          </w:tcPr>
          <w:p w14:paraId="3319BB88" w14:textId="77777777" w:rsidR="00E057C4" w:rsidRDefault="00BB5B43">
            <w:pPr>
              <w:jc w:val="center"/>
            </w:pPr>
            <w:r>
              <w:rPr>
                <w:sz w:val="20"/>
              </w:rPr>
              <w:t>4</w:t>
            </w:r>
          </w:p>
        </w:tc>
        <w:tc>
          <w:tcPr>
            <w:tcW w:w="3969" w:type="dxa"/>
            <w:tcMar>
              <w:top w:w="60" w:type="dxa"/>
              <w:left w:w="70" w:type="dxa"/>
              <w:bottom w:w="60" w:type="dxa"/>
              <w:right w:w="70" w:type="dxa"/>
            </w:tcMar>
          </w:tcPr>
          <w:p w14:paraId="7D3C13FD" w14:textId="77777777" w:rsidR="00E057C4" w:rsidRDefault="00BB5B43">
            <w:r>
              <w:rPr>
                <w:sz w:val="20"/>
              </w:rPr>
              <w:t>Bối cảnh vùng, sứ mạng phục vụ cộng đồng tương đồng</w:t>
            </w:r>
          </w:p>
        </w:tc>
        <w:tc>
          <w:tcPr>
            <w:tcW w:w="1587" w:type="dxa"/>
            <w:tcMar>
              <w:top w:w="60" w:type="dxa"/>
              <w:left w:w="70" w:type="dxa"/>
              <w:bottom w:w="60" w:type="dxa"/>
              <w:right w:w="70" w:type="dxa"/>
            </w:tcMar>
          </w:tcPr>
          <w:p w14:paraId="04D7CAF9" w14:textId="77777777" w:rsidR="00E057C4" w:rsidRDefault="00E057C4"/>
        </w:tc>
        <w:tc>
          <w:tcPr>
            <w:tcW w:w="2552" w:type="dxa"/>
            <w:tcMar>
              <w:top w:w="60" w:type="dxa"/>
              <w:left w:w="70" w:type="dxa"/>
              <w:bottom w:w="60" w:type="dxa"/>
              <w:right w:w="70" w:type="dxa"/>
            </w:tcMar>
          </w:tcPr>
          <w:p w14:paraId="659261E2" w14:textId="77777777" w:rsidR="00E057C4" w:rsidRDefault="00E057C4"/>
        </w:tc>
      </w:tr>
      <w:tr w:rsidR="00E057C4" w14:paraId="7CBBA43E" w14:textId="77777777" w:rsidTr="00491794">
        <w:trPr>
          <w:jc w:val="center"/>
        </w:trPr>
        <w:tc>
          <w:tcPr>
            <w:tcW w:w="878" w:type="dxa"/>
            <w:tcMar>
              <w:top w:w="60" w:type="dxa"/>
              <w:left w:w="70" w:type="dxa"/>
              <w:bottom w:w="60" w:type="dxa"/>
              <w:right w:w="70" w:type="dxa"/>
            </w:tcMar>
          </w:tcPr>
          <w:p w14:paraId="207EB26F" w14:textId="77777777" w:rsidR="00E057C4" w:rsidRDefault="00BB5B43">
            <w:pPr>
              <w:jc w:val="center"/>
            </w:pPr>
            <w:r>
              <w:rPr>
                <w:sz w:val="20"/>
              </w:rPr>
              <w:t>5</w:t>
            </w:r>
          </w:p>
        </w:tc>
        <w:tc>
          <w:tcPr>
            <w:tcW w:w="3969" w:type="dxa"/>
            <w:tcMar>
              <w:top w:w="60" w:type="dxa"/>
              <w:left w:w="70" w:type="dxa"/>
              <w:bottom w:w="60" w:type="dxa"/>
              <w:right w:w="70" w:type="dxa"/>
            </w:tcMar>
          </w:tcPr>
          <w:p w14:paraId="37900652" w14:textId="77777777" w:rsidR="00E057C4" w:rsidRDefault="00BB5B43">
            <w:r>
              <w:rPr>
                <w:sz w:val="20"/>
              </w:rPr>
              <w:t>Có kết quả nổi trội ở lĩnh vực cần cải tiến</w:t>
            </w:r>
          </w:p>
        </w:tc>
        <w:tc>
          <w:tcPr>
            <w:tcW w:w="1587" w:type="dxa"/>
            <w:tcMar>
              <w:top w:w="60" w:type="dxa"/>
              <w:left w:w="70" w:type="dxa"/>
              <w:bottom w:w="60" w:type="dxa"/>
              <w:right w:w="70" w:type="dxa"/>
            </w:tcMar>
          </w:tcPr>
          <w:p w14:paraId="2B4F41E5" w14:textId="77777777" w:rsidR="00E057C4" w:rsidRDefault="00E057C4"/>
        </w:tc>
        <w:tc>
          <w:tcPr>
            <w:tcW w:w="2552" w:type="dxa"/>
            <w:tcMar>
              <w:top w:w="60" w:type="dxa"/>
              <w:left w:w="70" w:type="dxa"/>
              <w:bottom w:w="60" w:type="dxa"/>
              <w:right w:w="70" w:type="dxa"/>
            </w:tcMar>
          </w:tcPr>
          <w:p w14:paraId="1A9FBA52" w14:textId="77777777" w:rsidR="00E057C4" w:rsidRDefault="00E057C4"/>
        </w:tc>
      </w:tr>
      <w:tr w:rsidR="00E057C4" w14:paraId="6EDF552A" w14:textId="77777777" w:rsidTr="00491794">
        <w:trPr>
          <w:jc w:val="center"/>
        </w:trPr>
        <w:tc>
          <w:tcPr>
            <w:tcW w:w="878" w:type="dxa"/>
            <w:tcMar>
              <w:top w:w="60" w:type="dxa"/>
              <w:left w:w="70" w:type="dxa"/>
              <w:bottom w:w="60" w:type="dxa"/>
              <w:right w:w="70" w:type="dxa"/>
            </w:tcMar>
          </w:tcPr>
          <w:p w14:paraId="4598D12A" w14:textId="77777777" w:rsidR="00E057C4" w:rsidRDefault="00BB5B43">
            <w:pPr>
              <w:jc w:val="center"/>
            </w:pPr>
            <w:r>
              <w:rPr>
                <w:sz w:val="20"/>
              </w:rPr>
              <w:t>6</w:t>
            </w:r>
          </w:p>
        </w:tc>
        <w:tc>
          <w:tcPr>
            <w:tcW w:w="3969" w:type="dxa"/>
            <w:tcMar>
              <w:top w:w="60" w:type="dxa"/>
              <w:left w:w="70" w:type="dxa"/>
              <w:bottom w:w="60" w:type="dxa"/>
              <w:right w:w="70" w:type="dxa"/>
            </w:tcMar>
          </w:tcPr>
          <w:p w14:paraId="129D0ECE" w14:textId="77777777" w:rsidR="00E057C4" w:rsidRDefault="00BB5B43">
            <w:r>
              <w:rPr>
                <w:sz w:val="20"/>
              </w:rPr>
              <w:t>Có khả năng chia sẻ dữ liệu, công thức và minh chứng</w:t>
            </w:r>
          </w:p>
        </w:tc>
        <w:tc>
          <w:tcPr>
            <w:tcW w:w="1587" w:type="dxa"/>
            <w:tcMar>
              <w:top w:w="60" w:type="dxa"/>
              <w:left w:w="70" w:type="dxa"/>
              <w:bottom w:w="60" w:type="dxa"/>
              <w:right w:w="70" w:type="dxa"/>
            </w:tcMar>
          </w:tcPr>
          <w:p w14:paraId="2E4DA072" w14:textId="77777777" w:rsidR="00E057C4" w:rsidRDefault="00E057C4"/>
        </w:tc>
        <w:tc>
          <w:tcPr>
            <w:tcW w:w="2552" w:type="dxa"/>
            <w:tcMar>
              <w:top w:w="60" w:type="dxa"/>
              <w:left w:w="70" w:type="dxa"/>
              <w:bottom w:w="60" w:type="dxa"/>
              <w:right w:w="70" w:type="dxa"/>
            </w:tcMar>
          </w:tcPr>
          <w:p w14:paraId="73110450" w14:textId="77777777" w:rsidR="00E057C4" w:rsidRDefault="00E057C4"/>
        </w:tc>
      </w:tr>
      <w:tr w:rsidR="00E057C4" w14:paraId="4F1E0F3F" w14:textId="77777777" w:rsidTr="00491794">
        <w:trPr>
          <w:jc w:val="center"/>
        </w:trPr>
        <w:tc>
          <w:tcPr>
            <w:tcW w:w="878" w:type="dxa"/>
            <w:tcMar>
              <w:top w:w="60" w:type="dxa"/>
              <w:left w:w="70" w:type="dxa"/>
              <w:bottom w:w="60" w:type="dxa"/>
              <w:right w:w="70" w:type="dxa"/>
            </w:tcMar>
          </w:tcPr>
          <w:p w14:paraId="08D31FE0" w14:textId="77777777" w:rsidR="00E057C4" w:rsidRDefault="00BB5B43">
            <w:pPr>
              <w:jc w:val="center"/>
            </w:pPr>
            <w:r>
              <w:rPr>
                <w:sz w:val="20"/>
              </w:rPr>
              <w:t>7</w:t>
            </w:r>
          </w:p>
        </w:tc>
        <w:tc>
          <w:tcPr>
            <w:tcW w:w="3969" w:type="dxa"/>
            <w:tcMar>
              <w:top w:w="60" w:type="dxa"/>
              <w:left w:w="70" w:type="dxa"/>
              <w:bottom w:w="60" w:type="dxa"/>
              <w:right w:w="70" w:type="dxa"/>
            </w:tcMar>
          </w:tcPr>
          <w:p w14:paraId="267A9258" w14:textId="77777777" w:rsidR="00E057C4" w:rsidRDefault="00BB5B43">
            <w:r>
              <w:rPr>
                <w:sz w:val="20"/>
              </w:rPr>
              <w:t>Có thỏa thuận về bảo mật và phạm vi sử dụng dữ liệu (nếu cần)</w:t>
            </w:r>
          </w:p>
        </w:tc>
        <w:tc>
          <w:tcPr>
            <w:tcW w:w="1587" w:type="dxa"/>
            <w:tcMar>
              <w:top w:w="60" w:type="dxa"/>
              <w:left w:w="70" w:type="dxa"/>
              <w:bottom w:w="60" w:type="dxa"/>
              <w:right w:w="70" w:type="dxa"/>
            </w:tcMar>
          </w:tcPr>
          <w:p w14:paraId="474CF5C3" w14:textId="77777777" w:rsidR="00E057C4" w:rsidRDefault="00E057C4"/>
        </w:tc>
        <w:tc>
          <w:tcPr>
            <w:tcW w:w="2552" w:type="dxa"/>
            <w:tcMar>
              <w:top w:w="60" w:type="dxa"/>
              <w:left w:w="70" w:type="dxa"/>
              <w:bottom w:w="60" w:type="dxa"/>
              <w:right w:w="70" w:type="dxa"/>
            </w:tcMar>
          </w:tcPr>
          <w:p w14:paraId="6E7D11BA" w14:textId="77777777" w:rsidR="00E057C4" w:rsidRDefault="00E057C4"/>
        </w:tc>
      </w:tr>
    </w:tbl>
    <w:p w14:paraId="4F3BB555" w14:textId="77777777" w:rsidR="00E057C4" w:rsidRDefault="00E057C4">
      <w:pPr>
        <w:spacing w:after="0"/>
      </w:pPr>
    </w:p>
    <w:p w14:paraId="40A868BA" w14:textId="77777777" w:rsidR="00E057C4" w:rsidRPr="00491794" w:rsidRDefault="00BB5B43">
      <w:pPr>
        <w:spacing w:after="80"/>
        <w:rPr>
          <w:sz w:val="24"/>
          <w:szCs w:val="24"/>
        </w:rPr>
      </w:pPr>
      <w:r w:rsidRPr="00491794">
        <w:rPr>
          <w:sz w:val="24"/>
          <w:szCs w:val="24"/>
        </w:rPr>
        <w:t>Đề xuất lựa chọn: ....................................................................................................................................................................................</w:t>
      </w:r>
    </w:p>
    <w:p w14:paraId="17C68229" w14:textId="015A705E" w:rsidR="00E057C4" w:rsidRPr="00491794" w:rsidRDefault="00BB5B43">
      <w:pPr>
        <w:spacing w:after="80"/>
        <w:rPr>
          <w:sz w:val="24"/>
          <w:szCs w:val="24"/>
        </w:rPr>
      </w:pPr>
      <w:r w:rsidRPr="00491794">
        <w:rPr>
          <w:sz w:val="24"/>
          <w:szCs w:val="24"/>
        </w:rPr>
        <w:t>Người lập: ..........................................................  Trưởng đơn vị phê duyệt: ............................</w:t>
      </w:r>
    </w:p>
    <w:p w14:paraId="357C2986" w14:textId="77777777" w:rsidR="00E057C4" w:rsidRDefault="00E057C4">
      <w:pPr>
        <w:sectPr w:rsidR="00E057C4">
          <w:footerReference w:type="default" r:id="rId12"/>
          <w:pgSz w:w="11906" w:h="16838"/>
          <w:pgMar w:top="1134" w:right="1134" w:bottom="1134" w:left="1701" w:header="567" w:footer="567" w:gutter="0"/>
          <w:cols w:space="720"/>
          <w:docGrid w:linePitch="360"/>
        </w:sectPr>
      </w:pPr>
    </w:p>
    <w:p w14:paraId="7751D038" w14:textId="77777777" w:rsidR="00E057C4" w:rsidRDefault="00BB5B43">
      <w:pPr>
        <w:spacing w:after="40"/>
        <w:jc w:val="center"/>
      </w:pPr>
      <w:r>
        <w:rPr>
          <w:b/>
          <w:sz w:val="28"/>
        </w:rPr>
        <w:lastRenderedPageBreak/>
        <w:t>PHỤ LỤC 6</w:t>
      </w:r>
    </w:p>
    <w:p w14:paraId="18ADECAE" w14:textId="77777777" w:rsidR="00E057C4" w:rsidRDefault="00BB5B43">
      <w:pPr>
        <w:spacing w:after="40"/>
        <w:jc w:val="center"/>
      </w:pPr>
      <w:r>
        <w:rPr>
          <w:b/>
        </w:rPr>
        <w:t>DANH MỤC HỒ SƠ VÀ CHECKLIST TRƯỚC KHI NỘP</w:t>
      </w:r>
    </w:p>
    <w:p w14:paraId="635D9E42" w14:textId="77777777" w:rsidR="00E057C4" w:rsidRDefault="00BB5B43">
      <w:pPr>
        <w:spacing w:after="120"/>
        <w:jc w:val="center"/>
      </w:pPr>
      <w:r>
        <w:rPr>
          <w:i/>
          <w:sz w:val="23"/>
        </w:rPr>
        <w:t xml:space="preserve">(Kèm theo Hướng dẫn số .../HD-ĐHTN ngày </w:t>
      </w:r>
      <w:proofErr w:type="gramStart"/>
      <w:r>
        <w:rPr>
          <w:i/>
          <w:sz w:val="23"/>
        </w:rPr>
        <w:t>.....</w:t>
      </w:r>
      <w:proofErr w:type="gramEnd"/>
      <w:r>
        <w:rPr>
          <w:i/>
          <w:sz w:val="23"/>
        </w:rPr>
        <w:t xml:space="preserve"> tháng 8 năm 2026 của Trường Đại học Tây Nguyên)</w:t>
      </w:r>
    </w:p>
    <w:tbl>
      <w:tblPr>
        <w:tblStyle w:val="TableGrid"/>
        <w:tblW w:w="0" w:type="auto"/>
        <w:jc w:val="center"/>
        <w:tblLayout w:type="fixed"/>
        <w:tblLook w:val="04A0" w:firstRow="1" w:lastRow="0" w:firstColumn="1" w:lastColumn="0" w:noHBand="0" w:noVBand="1"/>
      </w:tblPr>
      <w:tblGrid>
        <w:gridCol w:w="510"/>
        <w:gridCol w:w="6917"/>
        <w:gridCol w:w="1476"/>
      </w:tblGrid>
      <w:tr w:rsidR="00E057C4" w14:paraId="1476682E" w14:textId="77777777" w:rsidTr="00491794">
        <w:trPr>
          <w:tblHeader/>
          <w:jc w:val="center"/>
        </w:trPr>
        <w:tc>
          <w:tcPr>
            <w:tcW w:w="510" w:type="dxa"/>
            <w:shd w:val="clear" w:color="auto" w:fill="D9E1F2"/>
            <w:tcMar>
              <w:top w:w="70" w:type="dxa"/>
              <w:left w:w="70" w:type="dxa"/>
              <w:bottom w:w="70" w:type="dxa"/>
              <w:right w:w="70" w:type="dxa"/>
            </w:tcMar>
            <w:vAlign w:val="center"/>
          </w:tcPr>
          <w:p w14:paraId="198D3C05" w14:textId="77777777" w:rsidR="00E057C4" w:rsidRDefault="00BB5B43">
            <w:pPr>
              <w:jc w:val="center"/>
            </w:pPr>
            <w:r>
              <w:rPr>
                <w:b/>
                <w:sz w:val="21"/>
              </w:rPr>
              <w:t>TT</w:t>
            </w:r>
          </w:p>
        </w:tc>
        <w:tc>
          <w:tcPr>
            <w:tcW w:w="6917" w:type="dxa"/>
            <w:shd w:val="clear" w:color="auto" w:fill="D9E1F2"/>
            <w:tcMar>
              <w:top w:w="70" w:type="dxa"/>
              <w:left w:w="70" w:type="dxa"/>
              <w:bottom w:w="70" w:type="dxa"/>
              <w:right w:w="70" w:type="dxa"/>
            </w:tcMar>
            <w:vAlign w:val="center"/>
          </w:tcPr>
          <w:p w14:paraId="5A4450D3" w14:textId="77777777" w:rsidR="00E057C4" w:rsidRDefault="00BB5B43">
            <w:pPr>
              <w:jc w:val="center"/>
            </w:pPr>
            <w:r>
              <w:rPr>
                <w:b/>
                <w:sz w:val="21"/>
              </w:rPr>
              <w:t>Nội dung</w:t>
            </w:r>
          </w:p>
        </w:tc>
        <w:tc>
          <w:tcPr>
            <w:tcW w:w="1476" w:type="dxa"/>
            <w:shd w:val="clear" w:color="auto" w:fill="D9E1F2"/>
            <w:tcMar>
              <w:top w:w="70" w:type="dxa"/>
              <w:left w:w="70" w:type="dxa"/>
              <w:bottom w:w="70" w:type="dxa"/>
              <w:right w:w="70" w:type="dxa"/>
            </w:tcMar>
            <w:vAlign w:val="center"/>
          </w:tcPr>
          <w:p w14:paraId="09DD93A9" w14:textId="77777777" w:rsidR="00E057C4" w:rsidRDefault="00BB5B43">
            <w:pPr>
              <w:jc w:val="center"/>
            </w:pPr>
            <w:r>
              <w:rPr>
                <w:b/>
                <w:sz w:val="21"/>
              </w:rPr>
              <w:t>Xác nhận</w:t>
            </w:r>
          </w:p>
        </w:tc>
      </w:tr>
      <w:tr w:rsidR="00E057C4" w14:paraId="16D8CAB7" w14:textId="77777777" w:rsidTr="00491794">
        <w:trPr>
          <w:jc w:val="center"/>
        </w:trPr>
        <w:tc>
          <w:tcPr>
            <w:tcW w:w="510" w:type="dxa"/>
            <w:tcMar>
              <w:top w:w="60" w:type="dxa"/>
              <w:left w:w="70" w:type="dxa"/>
              <w:bottom w:w="60" w:type="dxa"/>
              <w:right w:w="70" w:type="dxa"/>
            </w:tcMar>
          </w:tcPr>
          <w:p w14:paraId="1D875F84" w14:textId="77777777" w:rsidR="00E057C4" w:rsidRDefault="00BB5B43">
            <w:pPr>
              <w:jc w:val="center"/>
            </w:pPr>
            <w:r>
              <w:rPr>
                <w:sz w:val="21"/>
              </w:rPr>
              <w:t>1</w:t>
            </w:r>
          </w:p>
        </w:tc>
        <w:tc>
          <w:tcPr>
            <w:tcW w:w="6917" w:type="dxa"/>
            <w:tcMar>
              <w:top w:w="60" w:type="dxa"/>
              <w:left w:w="70" w:type="dxa"/>
              <w:bottom w:w="60" w:type="dxa"/>
              <w:right w:w="70" w:type="dxa"/>
            </w:tcMar>
          </w:tcPr>
          <w:p w14:paraId="6D680445" w14:textId="77777777" w:rsidR="00E057C4" w:rsidRDefault="00BB5B43">
            <w:r>
              <w:rPr>
                <w:sz w:val="21"/>
              </w:rPr>
              <w:t>Tệp dữ liệu Excel đúng biểu mẫu, không đổi tên cột, không gộp ô trong vùng dữ liệu</w:t>
            </w:r>
          </w:p>
        </w:tc>
        <w:tc>
          <w:tcPr>
            <w:tcW w:w="1476" w:type="dxa"/>
            <w:tcMar>
              <w:top w:w="60" w:type="dxa"/>
              <w:left w:w="70" w:type="dxa"/>
              <w:bottom w:w="60" w:type="dxa"/>
              <w:right w:w="70" w:type="dxa"/>
            </w:tcMar>
          </w:tcPr>
          <w:p w14:paraId="4A78C98C" w14:textId="77777777" w:rsidR="00E057C4" w:rsidRDefault="00BB5B43">
            <w:r>
              <w:rPr>
                <w:sz w:val="21"/>
              </w:rPr>
              <w:t>□</w:t>
            </w:r>
          </w:p>
        </w:tc>
      </w:tr>
      <w:tr w:rsidR="00E057C4" w14:paraId="312CCD09" w14:textId="77777777" w:rsidTr="00491794">
        <w:trPr>
          <w:jc w:val="center"/>
        </w:trPr>
        <w:tc>
          <w:tcPr>
            <w:tcW w:w="510" w:type="dxa"/>
            <w:tcMar>
              <w:top w:w="60" w:type="dxa"/>
              <w:left w:w="70" w:type="dxa"/>
              <w:bottom w:w="60" w:type="dxa"/>
              <w:right w:w="70" w:type="dxa"/>
            </w:tcMar>
          </w:tcPr>
          <w:p w14:paraId="15E59391" w14:textId="77777777" w:rsidR="00E057C4" w:rsidRDefault="00BB5B43">
            <w:pPr>
              <w:jc w:val="center"/>
            </w:pPr>
            <w:r>
              <w:rPr>
                <w:sz w:val="21"/>
              </w:rPr>
              <w:t>2</w:t>
            </w:r>
          </w:p>
        </w:tc>
        <w:tc>
          <w:tcPr>
            <w:tcW w:w="6917" w:type="dxa"/>
            <w:tcMar>
              <w:top w:w="60" w:type="dxa"/>
              <w:left w:w="70" w:type="dxa"/>
              <w:bottom w:w="60" w:type="dxa"/>
              <w:right w:w="70" w:type="dxa"/>
            </w:tcMar>
          </w:tcPr>
          <w:p w14:paraId="235AE749" w14:textId="77777777" w:rsidR="00E057C4" w:rsidRDefault="00BB5B43">
            <w:r>
              <w:rPr>
                <w:sz w:val="21"/>
              </w:rPr>
              <w:t>Báo cáo Word và PDF cùng nội dung, có xác nhận của Trưởng đơn vị</w:t>
            </w:r>
          </w:p>
        </w:tc>
        <w:tc>
          <w:tcPr>
            <w:tcW w:w="1476" w:type="dxa"/>
            <w:tcMar>
              <w:top w:w="60" w:type="dxa"/>
              <w:left w:w="70" w:type="dxa"/>
              <w:bottom w:w="60" w:type="dxa"/>
              <w:right w:w="70" w:type="dxa"/>
            </w:tcMar>
          </w:tcPr>
          <w:p w14:paraId="7167AB8A" w14:textId="77777777" w:rsidR="00E057C4" w:rsidRDefault="00BB5B43">
            <w:r>
              <w:rPr>
                <w:sz w:val="21"/>
              </w:rPr>
              <w:t>□</w:t>
            </w:r>
          </w:p>
        </w:tc>
      </w:tr>
      <w:tr w:rsidR="00E057C4" w14:paraId="1B0E7EA3" w14:textId="77777777" w:rsidTr="00491794">
        <w:trPr>
          <w:jc w:val="center"/>
        </w:trPr>
        <w:tc>
          <w:tcPr>
            <w:tcW w:w="510" w:type="dxa"/>
            <w:tcMar>
              <w:top w:w="60" w:type="dxa"/>
              <w:left w:w="70" w:type="dxa"/>
              <w:bottom w:w="60" w:type="dxa"/>
              <w:right w:w="70" w:type="dxa"/>
            </w:tcMar>
          </w:tcPr>
          <w:p w14:paraId="1EC2AE82" w14:textId="77777777" w:rsidR="00E057C4" w:rsidRDefault="00BB5B43">
            <w:pPr>
              <w:jc w:val="center"/>
            </w:pPr>
            <w:r>
              <w:rPr>
                <w:sz w:val="21"/>
              </w:rPr>
              <w:t>3</w:t>
            </w:r>
          </w:p>
        </w:tc>
        <w:tc>
          <w:tcPr>
            <w:tcW w:w="6917" w:type="dxa"/>
            <w:tcMar>
              <w:top w:w="60" w:type="dxa"/>
              <w:left w:w="70" w:type="dxa"/>
              <w:bottom w:w="60" w:type="dxa"/>
              <w:right w:w="70" w:type="dxa"/>
            </w:tcMar>
          </w:tcPr>
          <w:p w14:paraId="2DAD7BB5" w14:textId="77777777" w:rsidR="00E057C4" w:rsidRDefault="00BB5B43">
            <w:r>
              <w:rPr>
                <w:sz w:val="21"/>
              </w:rPr>
              <w:t>Kế hoạch cải tiến có KPI, đầu mối, nguồn lực, thời hạn, minh chứng</w:t>
            </w:r>
          </w:p>
        </w:tc>
        <w:tc>
          <w:tcPr>
            <w:tcW w:w="1476" w:type="dxa"/>
            <w:tcMar>
              <w:top w:w="60" w:type="dxa"/>
              <w:left w:w="70" w:type="dxa"/>
              <w:bottom w:w="60" w:type="dxa"/>
              <w:right w:w="70" w:type="dxa"/>
            </w:tcMar>
          </w:tcPr>
          <w:p w14:paraId="736F975B" w14:textId="77777777" w:rsidR="00E057C4" w:rsidRDefault="00BB5B43">
            <w:r>
              <w:rPr>
                <w:sz w:val="21"/>
              </w:rPr>
              <w:t>□</w:t>
            </w:r>
          </w:p>
        </w:tc>
      </w:tr>
      <w:tr w:rsidR="00E057C4" w14:paraId="5EFA8D51" w14:textId="77777777" w:rsidTr="00491794">
        <w:trPr>
          <w:jc w:val="center"/>
        </w:trPr>
        <w:tc>
          <w:tcPr>
            <w:tcW w:w="510" w:type="dxa"/>
            <w:tcMar>
              <w:top w:w="60" w:type="dxa"/>
              <w:left w:w="70" w:type="dxa"/>
              <w:bottom w:w="60" w:type="dxa"/>
              <w:right w:w="70" w:type="dxa"/>
            </w:tcMar>
          </w:tcPr>
          <w:p w14:paraId="161D015E" w14:textId="77777777" w:rsidR="00E057C4" w:rsidRDefault="00BB5B43">
            <w:pPr>
              <w:jc w:val="center"/>
            </w:pPr>
            <w:r>
              <w:rPr>
                <w:sz w:val="21"/>
              </w:rPr>
              <w:t>4</w:t>
            </w:r>
          </w:p>
        </w:tc>
        <w:tc>
          <w:tcPr>
            <w:tcW w:w="6917" w:type="dxa"/>
            <w:tcMar>
              <w:top w:w="60" w:type="dxa"/>
              <w:left w:w="70" w:type="dxa"/>
              <w:bottom w:w="60" w:type="dxa"/>
              <w:right w:w="70" w:type="dxa"/>
            </w:tcMar>
          </w:tcPr>
          <w:p w14:paraId="71CA37EE" w14:textId="77777777" w:rsidR="00E057C4" w:rsidRDefault="00BB5B43">
            <w:r>
              <w:rPr>
                <w:sz w:val="21"/>
              </w:rPr>
              <w:t>Phiếu kiểm soát dữ liệu đã ký/xác nhận số</w:t>
            </w:r>
          </w:p>
        </w:tc>
        <w:tc>
          <w:tcPr>
            <w:tcW w:w="1476" w:type="dxa"/>
            <w:tcMar>
              <w:top w:w="60" w:type="dxa"/>
              <w:left w:w="70" w:type="dxa"/>
              <w:bottom w:w="60" w:type="dxa"/>
              <w:right w:w="70" w:type="dxa"/>
            </w:tcMar>
          </w:tcPr>
          <w:p w14:paraId="75D09BEB" w14:textId="77777777" w:rsidR="00E057C4" w:rsidRDefault="00BB5B43">
            <w:r>
              <w:rPr>
                <w:sz w:val="21"/>
              </w:rPr>
              <w:t>□</w:t>
            </w:r>
          </w:p>
        </w:tc>
      </w:tr>
      <w:tr w:rsidR="00E057C4" w14:paraId="32B95920" w14:textId="77777777" w:rsidTr="00491794">
        <w:trPr>
          <w:jc w:val="center"/>
        </w:trPr>
        <w:tc>
          <w:tcPr>
            <w:tcW w:w="510" w:type="dxa"/>
            <w:tcMar>
              <w:top w:w="60" w:type="dxa"/>
              <w:left w:w="70" w:type="dxa"/>
              <w:bottom w:w="60" w:type="dxa"/>
              <w:right w:w="70" w:type="dxa"/>
            </w:tcMar>
          </w:tcPr>
          <w:p w14:paraId="4D0C3B82" w14:textId="77777777" w:rsidR="00E057C4" w:rsidRDefault="00BB5B43">
            <w:pPr>
              <w:jc w:val="center"/>
            </w:pPr>
            <w:r>
              <w:rPr>
                <w:sz w:val="21"/>
              </w:rPr>
              <w:t>5</w:t>
            </w:r>
          </w:p>
        </w:tc>
        <w:tc>
          <w:tcPr>
            <w:tcW w:w="6917" w:type="dxa"/>
            <w:tcMar>
              <w:top w:w="60" w:type="dxa"/>
              <w:left w:w="70" w:type="dxa"/>
              <w:bottom w:w="60" w:type="dxa"/>
              <w:right w:w="70" w:type="dxa"/>
            </w:tcMar>
          </w:tcPr>
          <w:p w14:paraId="6953D752" w14:textId="77777777" w:rsidR="00E057C4" w:rsidRDefault="00BB5B43">
            <w:r>
              <w:rPr>
                <w:sz w:val="21"/>
              </w:rPr>
              <w:t>Biên bản họp chuyên môn xác nhận kết quả</w:t>
            </w:r>
          </w:p>
        </w:tc>
        <w:tc>
          <w:tcPr>
            <w:tcW w:w="1476" w:type="dxa"/>
            <w:tcMar>
              <w:top w:w="60" w:type="dxa"/>
              <w:left w:w="70" w:type="dxa"/>
              <w:bottom w:w="60" w:type="dxa"/>
              <w:right w:w="70" w:type="dxa"/>
            </w:tcMar>
          </w:tcPr>
          <w:p w14:paraId="5078509C" w14:textId="77777777" w:rsidR="00E057C4" w:rsidRDefault="00BB5B43">
            <w:r>
              <w:rPr>
                <w:sz w:val="21"/>
              </w:rPr>
              <w:t>□</w:t>
            </w:r>
          </w:p>
        </w:tc>
      </w:tr>
      <w:tr w:rsidR="00E057C4" w14:paraId="7CF8E599" w14:textId="77777777" w:rsidTr="00491794">
        <w:trPr>
          <w:jc w:val="center"/>
        </w:trPr>
        <w:tc>
          <w:tcPr>
            <w:tcW w:w="510" w:type="dxa"/>
            <w:tcMar>
              <w:top w:w="60" w:type="dxa"/>
              <w:left w:w="70" w:type="dxa"/>
              <w:bottom w:w="60" w:type="dxa"/>
              <w:right w:w="70" w:type="dxa"/>
            </w:tcMar>
          </w:tcPr>
          <w:p w14:paraId="0B9CDC0C" w14:textId="77777777" w:rsidR="00E057C4" w:rsidRDefault="00BB5B43">
            <w:pPr>
              <w:jc w:val="center"/>
            </w:pPr>
            <w:r>
              <w:rPr>
                <w:sz w:val="21"/>
              </w:rPr>
              <w:t>6</w:t>
            </w:r>
          </w:p>
        </w:tc>
        <w:tc>
          <w:tcPr>
            <w:tcW w:w="6917" w:type="dxa"/>
            <w:tcMar>
              <w:top w:w="60" w:type="dxa"/>
              <w:left w:w="70" w:type="dxa"/>
              <w:bottom w:w="60" w:type="dxa"/>
              <w:right w:w="70" w:type="dxa"/>
            </w:tcMar>
          </w:tcPr>
          <w:p w14:paraId="1BB26D69" w14:textId="77777777" w:rsidR="00E057C4" w:rsidRDefault="00BB5B43">
            <w:r>
              <w:rPr>
                <w:sz w:val="21"/>
              </w:rPr>
              <w:t>Danh mục và đường dẫn minh chứng gốc hoạt động</w:t>
            </w:r>
          </w:p>
        </w:tc>
        <w:tc>
          <w:tcPr>
            <w:tcW w:w="1476" w:type="dxa"/>
            <w:tcMar>
              <w:top w:w="60" w:type="dxa"/>
              <w:left w:w="70" w:type="dxa"/>
              <w:bottom w:w="60" w:type="dxa"/>
              <w:right w:w="70" w:type="dxa"/>
            </w:tcMar>
          </w:tcPr>
          <w:p w14:paraId="271C1FB3" w14:textId="77777777" w:rsidR="00E057C4" w:rsidRDefault="00BB5B43">
            <w:r>
              <w:rPr>
                <w:sz w:val="21"/>
              </w:rPr>
              <w:t>□</w:t>
            </w:r>
          </w:p>
        </w:tc>
      </w:tr>
      <w:tr w:rsidR="00E057C4" w14:paraId="6D087D26" w14:textId="77777777" w:rsidTr="00491794">
        <w:trPr>
          <w:jc w:val="center"/>
        </w:trPr>
        <w:tc>
          <w:tcPr>
            <w:tcW w:w="510" w:type="dxa"/>
            <w:tcMar>
              <w:top w:w="60" w:type="dxa"/>
              <w:left w:w="70" w:type="dxa"/>
              <w:bottom w:w="60" w:type="dxa"/>
              <w:right w:w="70" w:type="dxa"/>
            </w:tcMar>
          </w:tcPr>
          <w:p w14:paraId="738D1B09" w14:textId="77777777" w:rsidR="00E057C4" w:rsidRDefault="00BB5B43">
            <w:pPr>
              <w:jc w:val="center"/>
            </w:pPr>
            <w:r>
              <w:rPr>
                <w:sz w:val="21"/>
              </w:rPr>
              <w:t>7</w:t>
            </w:r>
          </w:p>
        </w:tc>
        <w:tc>
          <w:tcPr>
            <w:tcW w:w="6917" w:type="dxa"/>
            <w:tcMar>
              <w:top w:w="60" w:type="dxa"/>
              <w:left w:w="70" w:type="dxa"/>
              <w:bottom w:w="60" w:type="dxa"/>
              <w:right w:w="70" w:type="dxa"/>
            </w:tcMar>
          </w:tcPr>
          <w:p w14:paraId="07531D3D" w14:textId="77777777" w:rsidR="00E057C4" w:rsidRDefault="00BB5B43">
            <w:r>
              <w:rPr>
                <w:sz w:val="21"/>
              </w:rPr>
              <w:t>Đã kiểm tra tổng, tỷ lệ, công thức, trùng lặp và giá trị bất thường</w:t>
            </w:r>
          </w:p>
        </w:tc>
        <w:tc>
          <w:tcPr>
            <w:tcW w:w="1476" w:type="dxa"/>
            <w:tcMar>
              <w:top w:w="60" w:type="dxa"/>
              <w:left w:w="70" w:type="dxa"/>
              <w:bottom w:w="60" w:type="dxa"/>
              <w:right w:w="70" w:type="dxa"/>
            </w:tcMar>
          </w:tcPr>
          <w:p w14:paraId="1A954F1B" w14:textId="77777777" w:rsidR="00E057C4" w:rsidRDefault="00BB5B43">
            <w:r>
              <w:rPr>
                <w:sz w:val="21"/>
              </w:rPr>
              <w:t>□</w:t>
            </w:r>
          </w:p>
        </w:tc>
      </w:tr>
      <w:tr w:rsidR="00E057C4" w14:paraId="7F38418F" w14:textId="77777777" w:rsidTr="00491794">
        <w:trPr>
          <w:jc w:val="center"/>
        </w:trPr>
        <w:tc>
          <w:tcPr>
            <w:tcW w:w="510" w:type="dxa"/>
            <w:tcMar>
              <w:top w:w="60" w:type="dxa"/>
              <w:left w:w="70" w:type="dxa"/>
              <w:bottom w:w="60" w:type="dxa"/>
              <w:right w:w="70" w:type="dxa"/>
            </w:tcMar>
          </w:tcPr>
          <w:p w14:paraId="79B5F970" w14:textId="77777777" w:rsidR="00E057C4" w:rsidRDefault="00BB5B43">
            <w:pPr>
              <w:jc w:val="center"/>
            </w:pPr>
            <w:r>
              <w:rPr>
                <w:sz w:val="21"/>
              </w:rPr>
              <w:t>8</w:t>
            </w:r>
          </w:p>
        </w:tc>
        <w:tc>
          <w:tcPr>
            <w:tcW w:w="6917" w:type="dxa"/>
            <w:tcMar>
              <w:top w:w="60" w:type="dxa"/>
              <w:left w:w="70" w:type="dxa"/>
              <w:bottom w:w="60" w:type="dxa"/>
              <w:right w:w="70" w:type="dxa"/>
            </w:tcMar>
          </w:tcPr>
          <w:p w14:paraId="552F2769" w14:textId="77777777" w:rsidR="00E057C4" w:rsidRDefault="00BB5B43">
            <w:r>
              <w:rPr>
                <w:sz w:val="21"/>
              </w:rPr>
              <w:t>Đã ghi rõ dữ liệu thiếu/không áp dụng và nguyên nhân</w:t>
            </w:r>
          </w:p>
        </w:tc>
        <w:tc>
          <w:tcPr>
            <w:tcW w:w="1476" w:type="dxa"/>
            <w:tcMar>
              <w:top w:w="60" w:type="dxa"/>
              <w:left w:w="70" w:type="dxa"/>
              <w:bottom w:w="60" w:type="dxa"/>
              <w:right w:w="70" w:type="dxa"/>
            </w:tcMar>
          </w:tcPr>
          <w:p w14:paraId="0D07CC60" w14:textId="77777777" w:rsidR="00E057C4" w:rsidRDefault="00BB5B43">
            <w:r>
              <w:rPr>
                <w:sz w:val="21"/>
              </w:rPr>
              <w:t>□</w:t>
            </w:r>
          </w:p>
        </w:tc>
      </w:tr>
      <w:tr w:rsidR="00E057C4" w14:paraId="3188D1F9" w14:textId="77777777" w:rsidTr="00491794">
        <w:trPr>
          <w:jc w:val="center"/>
        </w:trPr>
        <w:tc>
          <w:tcPr>
            <w:tcW w:w="510" w:type="dxa"/>
            <w:tcMar>
              <w:top w:w="60" w:type="dxa"/>
              <w:left w:w="70" w:type="dxa"/>
              <w:bottom w:w="60" w:type="dxa"/>
              <w:right w:w="70" w:type="dxa"/>
            </w:tcMar>
          </w:tcPr>
          <w:p w14:paraId="2C37FE1E" w14:textId="77777777" w:rsidR="00E057C4" w:rsidRDefault="00BB5B43">
            <w:pPr>
              <w:jc w:val="center"/>
            </w:pPr>
            <w:r>
              <w:rPr>
                <w:sz w:val="21"/>
              </w:rPr>
              <w:t>9</w:t>
            </w:r>
          </w:p>
        </w:tc>
        <w:tc>
          <w:tcPr>
            <w:tcW w:w="6917" w:type="dxa"/>
            <w:tcMar>
              <w:top w:w="60" w:type="dxa"/>
              <w:left w:w="70" w:type="dxa"/>
              <w:bottom w:w="60" w:type="dxa"/>
              <w:right w:w="70" w:type="dxa"/>
            </w:tcMar>
          </w:tcPr>
          <w:p w14:paraId="7B1C7F6A" w14:textId="77777777" w:rsidR="00E057C4" w:rsidRDefault="00BB5B43">
            <w:r>
              <w:rPr>
                <w:sz w:val="21"/>
              </w:rPr>
              <w:t>Đã bảo vệ dữ liệu cá nhân và phân quyền thư mục</w:t>
            </w:r>
          </w:p>
        </w:tc>
        <w:tc>
          <w:tcPr>
            <w:tcW w:w="1476" w:type="dxa"/>
            <w:tcMar>
              <w:top w:w="60" w:type="dxa"/>
              <w:left w:w="70" w:type="dxa"/>
              <w:bottom w:w="60" w:type="dxa"/>
              <w:right w:w="70" w:type="dxa"/>
            </w:tcMar>
          </w:tcPr>
          <w:p w14:paraId="0F510065" w14:textId="77777777" w:rsidR="00E057C4" w:rsidRDefault="00BB5B43">
            <w:r>
              <w:rPr>
                <w:sz w:val="21"/>
              </w:rPr>
              <w:t>□</w:t>
            </w:r>
          </w:p>
        </w:tc>
      </w:tr>
      <w:tr w:rsidR="00E057C4" w14:paraId="0EE75825" w14:textId="77777777" w:rsidTr="00491794">
        <w:trPr>
          <w:jc w:val="center"/>
        </w:trPr>
        <w:tc>
          <w:tcPr>
            <w:tcW w:w="510" w:type="dxa"/>
            <w:tcMar>
              <w:top w:w="60" w:type="dxa"/>
              <w:left w:w="70" w:type="dxa"/>
              <w:bottom w:w="60" w:type="dxa"/>
              <w:right w:w="70" w:type="dxa"/>
            </w:tcMar>
          </w:tcPr>
          <w:p w14:paraId="68EC0888" w14:textId="77777777" w:rsidR="00E057C4" w:rsidRDefault="00BB5B43">
            <w:pPr>
              <w:jc w:val="center"/>
            </w:pPr>
            <w:r>
              <w:rPr>
                <w:sz w:val="21"/>
              </w:rPr>
              <w:t>10</w:t>
            </w:r>
          </w:p>
        </w:tc>
        <w:tc>
          <w:tcPr>
            <w:tcW w:w="6917" w:type="dxa"/>
            <w:tcMar>
              <w:top w:w="60" w:type="dxa"/>
              <w:left w:w="70" w:type="dxa"/>
              <w:bottom w:w="60" w:type="dxa"/>
              <w:right w:w="70" w:type="dxa"/>
            </w:tcMar>
          </w:tcPr>
          <w:p w14:paraId="421049C2" w14:textId="77777777" w:rsidR="00E057C4" w:rsidRDefault="00BB5B43">
            <w:r>
              <w:rPr>
                <w:sz w:val="21"/>
              </w:rPr>
              <w:t>Tên tệp đúng quy tắc; phiên bản cuối cùng đã khóa</w:t>
            </w:r>
          </w:p>
        </w:tc>
        <w:tc>
          <w:tcPr>
            <w:tcW w:w="1476" w:type="dxa"/>
            <w:tcMar>
              <w:top w:w="60" w:type="dxa"/>
              <w:left w:w="70" w:type="dxa"/>
              <w:bottom w:w="60" w:type="dxa"/>
              <w:right w:w="70" w:type="dxa"/>
            </w:tcMar>
          </w:tcPr>
          <w:p w14:paraId="05EA7717" w14:textId="77777777" w:rsidR="00E057C4" w:rsidRDefault="00BB5B43">
            <w:r>
              <w:rPr>
                <w:sz w:val="21"/>
              </w:rPr>
              <w:t>□</w:t>
            </w:r>
          </w:p>
        </w:tc>
      </w:tr>
    </w:tbl>
    <w:p w14:paraId="5C2D2C0D" w14:textId="77777777" w:rsidR="00E057C4" w:rsidRDefault="00E057C4">
      <w:pPr>
        <w:spacing w:after="0"/>
      </w:pPr>
    </w:p>
    <w:p w14:paraId="4BFFD9CB" w14:textId="77777777" w:rsidR="00E057C4" w:rsidRDefault="00BB5B43">
      <w:pPr>
        <w:spacing w:after="80"/>
        <w:rPr>
          <w:b/>
          <w:sz w:val="23"/>
        </w:rPr>
      </w:pPr>
      <w:r>
        <w:rPr>
          <w:b/>
          <w:sz w:val="23"/>
        </w:rPr>
        <w:t>Ý kiến của Phòng Quản lý chất lượng (nếu có):</w:t>
      </w:r>
    </w:p>
    <w:p w14:paraId="59AD0B03" w14:textId="5E8C4F86" w:rsidR="00491794" w:rsidRPr="00491794" w:rsidRDefault="00491794" w:rsidP="00491794">
      <w:pPr>
        <w:tabs>
          <w:tab w:val="left" w:leader="dot" w:pos="8789"/>
        </w:tabs>
        <w:spacing w:after="80"/>
        <w:rPr>
          <w:bCs/>
          <w:sz w:val="23"/>
        </w:rPr>
      </w:pPr>
      <w:r w:rsidRPr="00491794">
        <w:rPr>
          <w:bCs/>
          <w:sz w:val="23"/>
        </w:rPr>
        <w:tab/>
      </w:r>
    </w:p>
    <w:p w14:paraId="1FD0BB7F" w14:textId="25B5B0FC" w:rsidR="00491794" w:rsidRPr="00491794" w:rsidRDefault="00491794" w:rsidP="00491794">
      <w:pPr>
        <w:tabs>
          <w:tab w:val="left" w:leader="dot" w:pos="8789"/>
        </w:tabs>
        <w:spacing w:after="80"/>
        <w:rPr>
          <w:bCs/>
          <w:sz w:val="23"/>
        </w:rPr>
      </w:pPr>
      <w:r w:rsidRPr="00491794">
        <w:rPr>
          <w:bCs/>
          <w:sz w:val="23"/>
        </w:rPr>
        <w:tab/>
      </w:r>
    </w:p>
    <w:p w14:paraId="09F193DA" w14:textId="13C1D9E8" w:rsidR="00491794" w:rsidRPr="00491794" w:rsidRDefault="00491794" w:rsidP="00491794">
      <w:pPr>
        <w:tabs>
          <w:tab w:val="left" w:leader="dot" w:pos="8789"/>
        </w:tabs>
        <w:spacing w:after="80"/>
        <w:rPr>
          <w:bCs/>
          <w:sz w:val="23"/>
        </w:rPr>
      </w:pPr>
      <w:r w:rsidRPr="00491794">
        <w:rPr>
          <w:bCs/>
          <w:sz w:val="23"/>
        </w:rPr>
        <w:tab/>
      </w:r>
    </w:p>
    <w:p w14:paraId="0D806B67" w14:textId="12A50EB6" w:rsidR="00491794" w:rsidRPr="00491794" w:rsidRDefault="00491794" w:rsidP="00491794">
      <w:pPr>
        <w:tabs>
          <w:tab w:val="left" w:leader="dot" w:pos="8789"/>
        </w:tabs>
        <w:spacing w:after="80"/>
        <w:rPr>
          <w:bCs/>
          <w:sz w:val="23"/>
        </w:rPr>
      </w:pPr>
      <w:r w:rsidRPr="00491794">
        <w:rPr>
          <w:bCs/>
          <w:sz w:val="23"/>
        </w:rPr>
        <w:tab/>
      </w:r>
    </w:p>
    <w:p w14:paraId="57ACD5FA" w14:textId="1C99BFC0" w:rsidR="00491794" w:rsidRPr="00491794" w:rsidRDefault="00491794" w:rsidP="00491794">
      <w:pPr>
        <w:tabs>
          <w:tab w:val="left" w:leader="dot" w:pos="8789"/>
        </w:tabs>
        <w:spacing w:after="80"/>
        <w:rPr>
          <w:bCs/>
          <w:sz w:val="23"/>
        </w:rPr>
      </w:pPr>
      <w:r w:rsidRPr="00491794">
        <w:rPr>
          <w:bCs/>
          <w:sz w:val="23"/>
        </w:rPr>
        <w:tab/>
      </w:r>
    </w:p>
    <w:p w14:paraId="18779303" w14:textId="1007820B" w:rsidR="00491794" w:rsidRPr="00491794" w:rsidRDefault="00491794" w:rsidP="00491794">
      <w:pPr>
        <w:tabs>
          <w:tab w:val="left" w:leader="dot" w:pos="8789"/>
        </w:tabs>
        <w:spacing w:after="80"/>
        <w:rPr>
          <w:bCs/>
          <w:sz w:val="23"/>
        </w:rPr>
      </w:pPr>
      <w:r w:rsidRPr="00491794">
        <w:rPr>
          <w:bCs/>
          <w:sz w:val="23"/>
        </w:rPr>
        <w:tab/>
      </w:r>
      <w:r w:rsidRPr="00491794">
        <w:rPr>
          <w:bCs/>
          <w:sz w:val="23"/>
        </w:rPr>
        <w:tab/>
      </w:r>
    </w:p>
    <w:p w14:paraId="3338CECA" w14:textId="2561E4D1" w:rsidR="00491794" w:rsidRPr="00491794" w:rsidRDefault="00491794" w:rsidP="00491794">
      <w:pPr>
        <w:tabs>
          <w:tab w:val="left" w:leader="dot" w:pos="8789"/>
        </w:tabs>
        <w:spacing w:after="80"/>
        <w:rPr>
          <w:bCs/>
          <w:sz w:val="23"/>
        </w:rPr>
      </w:pPr>
      <w:r w:rsidRPr="00491794">
        <w:rPr>
          <w:bCs/>
          <w:sz w:val="23"/>
        </w:rPr>
        <w:tab/>
      </w:r>
    </w:p>
    <w:p w14:paraId="3E139593" w14:textId="77777777" w:rsidR="00491794" w:rsidRDefault="00491794" w:rsidP="00491794">
      <w:pPr>
        <w:tabs>
          <w:tab w:val="left" w:leader="dot" w:pos="8789"/>
        </w:tabs>
        <w:spacing w:after="80"/>
        <w:rPr>
          <w:b/>
          <w:sz w:val="23"/>
        </w:rPr>
      </w:pPr>
    </w:p>
    <w:p w14:paraId="7EFF336B" w14:textId="77777777" w:rsidR="00491794" w:rsidRDefault="00491794" w:rsidP="00491794">
      <w:pPr>
        <w:tabs>
          <w:tab w:val="left" w:leader="dot" w:pos="8789"/>
        </w:tabs>
        <w:spacing w:after="80"/>
      </w:pPr>
    </w:p>
    <w:sectPr w:rsidR="00491794" w:rsidSect="00034616">
      <w:footerReference w:type="default" r:id="rId13"/>
      <w:pgSz w:w="11906" w:h="16838"/>
      <w:pgMar w:top="1134" w:right="1134" w:bottom="1134"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A0A7C3" w14:textId="77777777" w:rsidR="009423A0" w:rsidRDefault="009423A0">
      <w:pPr>
        <w:spacing w:after="0" w:line="240" w:lineRule="auto"/>
      </w:pPr>
      <w:r>
        <w:separator/>
      </w:r>
    </w:p>
  </w:endnote>
  <w:endnote w:type="continuationSeparator" w:id="0">
    <w:p w14:paraId="4D62293E" w14:textId="77777777" w:rsidR="009423A0" w:rsidRDefault="00942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AF7B2" w14:textId="1FBA0BA2" w:rsidR="003B4654" w:rsidRDefault="003B4654">
    <w:pPr>
      <w:pStyle w:val="Footer"/>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1CAE3" w14:textId="353AF8DF" w:rsidR="003B4654" w:rsidRDefault="003B4654">
    <w:pPr>
      <w:pStyle w:val="Footer"/>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08402" w14:textId="2203B39C" w:rsidR="003B4654" w:rsidRDefault="003B4654" w:rsidP="00491794">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73857" w14:textId="21A88CE1" w:rsidR="003B4654" w:rsidRDefault="003B4654">
    <w:pPr>
      <w:pStyle w:val="Footer"/>
      <w:jc w:val="cen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00FAE" w14:textId="575A9E95" w:rsidR="003B4654" w:rsidRDefault="003B4654">
    <w:pPr>
      <w:pStyle w:val="Footer"/>
      <w:jc w:val="cen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B810C" w14:textId="4A8293E5" w:rsidR="003B4654" w:rsidRDefault="003B4654">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1C73BE" w14:textId="77777777" w:rsidR="009423A0" w:rsidRDefault="009423A0">
      <w:pPr>
        <w:spacing w:after="0" w:line="240" w:lineRule="auto"/>
      </w:pPr>
      <w:r>
        <w:separator/>
      </w:r>
    </w:p>
  </w:footnote>
  <w:footnote w:type="continuationSeparator" w:id="0">
    <w:p w14:paraId="0517FCE4" w14:textId="77777777" w:rsidR="009423A0" w:rsidRDefault="009423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3AA6"/>
    <w:rsid w:val="00034616"/>
    <w:rsid w:val="0006063C"/>
    <w:rsid w:val="000746AE"/>
    <w:rsid w:val="00081909"/>
    <w:rsid w:val="000E184C"/>
    <w:rsid w:val="000F1FC7"/>
    <w:rsid w:val="0015074B"/>
    <w:rsid w:val="0017207B"/>
    <w:rsid w:val="00190D19"/>
    <w:rsid w:val="001B377D"/>
    <w:rsid w:val="001C1DAC"/>
    <w:rsid w:val="001D6C62"/>
    <w:rsid w:val="001F10E2"/>
    <w:rsid w:val="001F4789"/>
    <w:rsid w:val="002331C9"/>
    <w:rsid w:val="00284203"/>
    <w:rsid w:val="0029639D"/>
    <w:rsid w:val="002C72E2"/>
    <w:rsid w:val="002F22B4"/>
    <w:rsid w:val="00326F90"/>
    <w:rsid w:val="00362E05"/>
    <w:rsid w:val="00384B9A"/>
    <w:rsid w:val="00393364"/>
    <w:rsid w:val="003B4654"/>
    <w:rsid w:val="003C083B"/>
    <w:rsid w:val="003C53BA"/>
    <w:rsid w:val="003F08F8"/>
    <w:rsid w:val="003F7B28"/>
    <w:rsid w:val="00431C60"/>
    <w:rsid w:val="00445015"/>
    <w:rsid w:val="00491794"/>
    <w:rsid w:val="004B2EB9"/>
    <w:rsid w:val="00592E97"/>
    <w:rsid w:val="0059688E"/>
    <w:rsid w:val="005D3A6A"/>
    <w:rsid w:val="00621C0E"/>
    <w:rsid w:val="00682385"/>
    <w:rsid w:val="006C1121"/>
    <w:rsid w:val="0072341D"/>
    <w:rsid w:val="007410E0"/>
    <w:rsid w:val="00785C09"/>
    <w:rsid w:val="007C486E"/>
    <w:rsid w:val="00863FB0"/>
    <w:rsid w:val="008772C5"/>
    <w:rsid w:val="008C164E"/>
    <w:rsid w:val="00902DD3"/>
    <w:rsid w:val="009423A0"/>
    <w:rsid w:val="009659D9"/>
    <w:rsid w:val="0096702F"/>
    <w:rsid w:val="00981D2E"/>
    <w:rsid w:val="009E22BA"/>
    <w:rsid w:val="00A045AC"/>
    <w:rsid w:val="00AA1D8D"/>
    <w:rsid w:val="00B0253D"/>
    <w:rsid w:val="00B07E28"/>
    <w:rsid w:val="00B47730"/>
    <w:rsid w:val="00B763FB"/>
    <w:rsid w:val="00BB5B43"/>
    <w:rsid w:val="00BB674A"/>
    <w:rsid w:val="00BE1293"/>
    <w:rsid w:val="00C6633B"/>
    <w:rsid w:val="00C75DA1"/>
    <w:rsid w:val="00CA39D8"/>
    <w:rsid w:val="00CB0664"/>
    <w:rsid w:val="00CE1D4B"/>
    <w:rsid w:val="00CE2C25"/>
    <w:rsid w:val="00D54733"/>
    <w:rsid w:val="00D54A1E"/>
    <w:rsid w:val="00DE32A0"/>
    <w:rsid w:val="00E04B25"/>
    <w:rsid w:val="00E057C4"/>
    <w:rsid w:val="00E14513"/>
    <w:rsid w:val="00E346E6"/>
    <w:rsid w:val="00E96451"/>
    <w:rsid w:val="00EB4D05"/>
    <w:rsid w:val="00F01B06"/>
    <w:rsid w:val="00F90BAB"/>
    <w:rsid w:val="00F92D4D"/>
    <w:rsid w:val="00FC693F"/>
    <w:rsid w:val="00FF2021"/>
    <w:rsid w:val="00FF31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C9D9EB"/>
  <w14:defaultImageDpi w14:val="300"/>
  <w15:docId w15:val="{DF9EF97D-1138-4379-8D22-1B145BE43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F08D3-038F-467D-86CF-768C3A5AD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9</Pages>
  <Words>1795</Words>
  <Characters>10234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Hướng dẫn rà soát, chuẩn hóa dữ liệu và hoàn thiện báo cáo so chuẩn, đối sánh CTĐT năm 2026</vt:lpstr>
    </vt:vector>
  </TitlesOfParts>
  <Manager/>
  <Company/>
  <LinksUpToDate>false</LinksUpToDate>
  <CharactersWithSpaces>12005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Hướng dẫn rà soát, chuẩn hóa dữ liệu và hoàn thiện báo cáo so chuẩn, đối sánh CTĐT năm 2026</dc:title>
  <dc:subject>Thực hiện Thông báo 157/TB-ĐHTN và Quyết định 826/QĐ-ĐHTN</dc:subject>
  <dc:creator>Tran Van Cuong</dc:creator>
  <cp:keywords>so chuẩn, đối sánh, CTĐT, bảo đảm chất lượng, ĐHTN</cp:keywords>
  <dc:description>generated by python-docx</dc:description>
  <cp:lastModifiedBy>DELL</cp:lastModifiedBy>
  <cp:revision>8</cp:revision>
  <dcterms:created xsi:type="dcterms:W3CDTF">2026-08-13T04:27:00Z</dcterms:created>
  <dcterms:modified xsi:type="dcterms:W3CDTF">2026-08-13T09:11:00Z</dcterms:modified>
  <cp:category/>
</cp:coreProperties>
</file>